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72F4F" w14:textId="39EA29D2" w:rsidR="008C61A6" w:rsidRDefault="00000000">
      <w:pPr>
        <w:jc w:val="center"/>
      </w:pPr>
      <w:r>
        <w:rPr>
          <w:b/>
          <w:color w:val="003366"/>
          <w:sz w:val="26"/>
        </w:rPr>
        <w:t>ALLEGATO A</w:t>
      </w:r>
      <w:r>
        <w:rPr>
          <w:b/>
          <w:color w:val="003366"/>
          <w:sz w:val="26"/>
        </w:rPr>
        <w:br/>
        <w:t>ISTANZA DI AMMISSIONE ED AUTOCERTIFICAZIONE</w:t>
      </w:r>
      <w:r>
        <w:rPr>
          <w:b/>
          <w:color w:val="003366"/>
          <w:sz w:val="26"/>
        </w:rPr>
        <w:br/>
      </w:r>
      <w:r>
        <w:rPr>
          <w:i/>
          <w:sz w:val="19"/>
        </w:rPr>
        <w:t xml:space="preserve">(da </w:t>
      </w:r>
      <w:proofErr w:type="spellStart"/>
      <w:r>
        <w:rPr>
          <w:i/>
          <w:sz w:val="19"/>
        </w:rPr>
        <w:t>compilare</w:t>
      </w:r>
      <w:proofErr w:type="spellEnd"/>
      <w:r>
        <w:rPr>
          <w:i/>
          <w:sz w:val="19"/>
        </w:rPr>
        <w:t xml:space="preserve"> a </w:t>
      </w:r>
      <w:proofErr w:type="spellStart"/>
      <w:r>
        <w:rPr>
          <w:i/>
          <w:sz w:val="19"/>
        </w:rPr>
        <w:t>cura</w:t>
      </w:r>
      <w:proofErr w:type="spellEnd"/>
      <w:r>
        <w:rPr>
          <w:i/>
          <w:sz w:val="19"/>
        </w:rPr>
        <w:t xml:space="preserve"> del </w:t>
      </w:r>
      <w:proofErr w:type="spellStart"/>
      <w:r>
        <w:rPr>
          <w:i/>
          <w:sz w:val="19"/>
        </w:rPr>
        <w:t>soggetto</w:t>
      </w:r>
      <w:proofErr w:type="spellEnd"/>
      <w:r>
        <w:rPr>
          <w:i/>
          <w:sz w:val="19"/>
        </w:rPr>
        <w:t xml:space="preserve"> </w:t>
      </w:r>
      <w:proofErr w:type="spellStart"/>
      <w:r>
        <w:rPr>
          <w:i/>
          <w:sz w:val="19"/>
        </w:rPr>
        <w:t>proponente</w:t>
      </w:r>
      <w:proofErr w:type="spellEnd"/>
      <w:r>
        <w:rPr>
          <w:i/>
          <w:sz w:val="19"/>
        </w:rPr>
        <w:t xml:space="preserve"> / </w:t>
      </w:r>
      <w:proofErr w:type="spellStart"/>
      <w:r>
        <w:rPr>
          <w:i/>
          <w:sz w:val="19"/>
        </w:rPr>
        <w:t>capogruppo</w:t>
      </w:r>
      <w:proofErr w:type="spellEnd"/>
      <w:r>
        <w:rPr>
          <w:i/>
          <w:sz w:val="19"/>
        </w:rPr>
        <w:t xml:space="preserve"> o da </w:t>
      </w:r>
      <w:proofErr w:type="spellStart"/>
      <w:r>
        <w:rPr>
          <w:i/>
          <w:sz w:val="19"/>
        </w:rPr>
        <w:t>ciascun</w:t>
      </w:r>
      <w:proofErr w:type="spellEnd"/>
      <w:r>
        <w:rPr>
          <w:i/>
          <w:sz w:val="19"/>
        </w:rPr>
        <w:t xml:space="preserve"> </w:t>
      </w:r>
      <w:proofErr w:type="spellStart"/>
      <w:r>
        <w:rPr>
          <w:i/>
          <w:sz w:val="19"/>
        </w:rPr>
        <w:t>componente</w:t>
      </w:r>
      <w:proofErr w:type="spellEnd"/>
      <w:r>
        <w:rPr>
          <w:i/>
          <w:sz w:val="19"/>
        </w:rPr>
        <w:t xml:space="preserve"> in </w:t>
      </w:r>
      <w:proofErr w:type="spellStart"/>
      <w:r>
        <w:rPr>
          <w:i/>
          <w:sz w:val="19"/>
        </w:rPr>
        <w:t>caso</w:t>
      </w:r>
      <w:proofErr w:type="spellEnd"/>
      <w:r>
        <w:rPr>
          <w:i/>
          <w:sz w:val="19"/>
        </w:rPr>
        <w:t xml:space="preserve"> di RTI/ATS – Resa ex D.P.R. 445/2000)</w:t>
      </w:r>
      <w:r>
        <w:rPr>
          <w:i/>
          <w:sz w:val="19"/>
        </w:rPr>
        <w:br/>
      </w:r>
    </w:p>
    <w:p w14:paraId="234EAE30" w14:textId="29B29E01" w:rsidR="008C61A6" w:rsidRDefault="00000000" w:rsidP="00F72E86">
      <w:pPr>
        <w:spacing w:before="240" w:after="240"/>
        <w:jc w:val="right"/>
      </w:pPr>
      <w:proofErr w:type="spellStart"/>
      <w:r>
        <w:rPr>
          <w:b/>
          <w:sz w:val="20"/>
        </w:rPr>
        <w:t>Spett.le</w:t>
      </w:r>
      <w:proofErr w:type="spellEnd"/>
      <w:r>
        <w:rPr>
          <w:b/>
          <w:sz w:val="20"/>
        </w:rPr>
        <w:t xml:space="preserve"> PROVINCIA DI MATERA</w:t>
      </w:r>
      <w:r>
        <w:rPr>
          <w:b/>
          <w:sz w:val="20"/>
        </w:rPr>
        <w:br/>
      </w:r>
      <w:proofErr w:type="spellStart"/>
      <w:r>
        <w:rPr>
          <w:b/>
          <w:sz w:val="20"/>
        </w:rPr>
        <w:t>Settore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Servizi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Sociali</w:t>
      </w:r>
      <w:proofErr w:type="spellEnd"/>
      <w:r>
        <w:rPr>
          <w:b/>
          <w:sz w:val="20"/>
        </w:rPr>
        <w:t xml:space="preserve">, </w:t>
      </w:r>
      <w:proofErr w:type="spellStart"/>
      <w:r>
        <w:rPr>
          <w:b/>
          <w:sz w:val="20"/>
        </w:rPr>
        <w:t>Cultura</w:t>
      </w:r>
      <w:proofErr w:type="spellEnd"/>
      <w:r>
        <w:rPr>
          <w:b/>
          <w:sz w:val="20"/>
        </w:rPr>
        <w:t xml:space="preserve"> e </w:t>
      </w:r>
      <w:proofErr w:type="spellStart"/>
      <w:r>
        <w:rPr>
          <w:b/>
          <w:sz w:val="20"/>
        </w:rPr>
        <w:t>Politiche</w:t>
      </w:r>
      <w:proofErr w:type="spellEnd"/>
      <w:r>
        <w:rPr>
          <w:b/>
          <w:sz w:val="20"/>
        </w:rPr>
        <w:t xml:space="preserve"> di </w:t>
      </w:r>
      <w:proofErr w:type="spellStart"/>
      <w:r>
        <w:rPr>
          <w:b/>
          <w:sz w:val="20"/>
        </w:rPr>
        <w:t>Sviluppo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Territoriale</w:t>
      </w:r>
      <w:proofErr w:type="spellEnd"/>
      <w:r>
        <w:rPr>
          <w:b/>
          <w:sz w:val="20"/>
        </w:rPr>
        <w:br/>
        <w:t xml:space="preserve">Via </w:t>
      </w:r>
      <w:proofErr w:type="spellStart"/>
      <w:r>
        <w:rPr>
          <w:b/>
          <w:sz w:val="20"/>
        </w:rPr>
        <w:t>Ridola</w:t>
      </w:r>
      <w:proofErr w:type="spellEnd"/>
      <w:r>
        <w:rPr>
          <w:b/>
          <w:sz w:val="20"/>
        </w:rPr>
        <w:t xml:space="preserve"> n. 60 - 75100 MATERA</w:t>
      </w:r>
      <w:r>
        <w:rPr>
          <w:b/>
          <w:sz w:val="20"/>
        </w:rPr>
        <w:br/>
        <w:t xml:space="preserve">PEC: </w:t>
      </w:r>
      <w:hyperlink r:id="rId6" w:history="1">
        <w:r w:rsidR="006A26AD" w:rsidRPr="00F446AB">
          <w:rPr>
            <w:rStyle w:val="Collegamentoipertestuale"/>
            <w:b/>
            <w:sz w:val="20"/>
          </w:rPr>
          <w:t>provincia.matera@cert.ruparbasilicata.it</w:t>
        </w:r>
      </w:hyperlink>
      <w:r w:rsidR="006A26AD">
        <w:rPr>
          <w:b/>
          <w:sz w:val="20"/>
        </w:rPr>
        <w:t xml:space="preserve"> </w:t>
      </w:r>
    </w:p>
    <w:p w14:paraId="1C7D1BAA" w14:textId="77777777" w:rsidR="008C61A6" w:rsidRDefault="00000000">
      <w:pPr>
        <w:spacing w:after="160"/>
      </w:pPr>
      <w:r>
        <w:t xml:space="preserve">Il/La </w:t>
      </w:r>
      <w:proofErr w:type="spellStart"/>
      <w:r>
        <w:t>sottoscritto</w:t>
      </w:r>
      <w:proofErr w:type="spellEnd"/>
      <w:r>
        <w:t xml:space="preserve">/a: .............................................................................., </w:t>
      </w:r>
      <w:proofErr w:type="spellStart"/>
      <w:r>
        <w:t>nato</w:t>
      </w:r>
      <w:proofErr w:type="spellEnd"/>
      <w:r>
        <w:t xml:space="preserve">/a a ................................................... il ...../...../......... C.F. .................................................., in </w:t>
      </w:r>
      <w:proofErr w:type="spellStart"/>
      <w:r>
        <w:t>qualità</w:t>
      </w:r>
      <w:proofErr w:type="spellEnd"/>
      <w:r>
        <w:t xml:space="preserve"> di </w:t>
      </w:r>
      <w:proofErr w:type="spellStart"/>
      <w:r>
        <w:t>Legale</w:t>
      </w:r>
      <w:proofErr w:type="spellEnd"/>
      <w:r>
        <w:t xml:space="preserve"> </w:t>
      </w:r>
      <w:proofErr w:type="spellStart"/>
      <w:r>
        <w:t>Rappresentante</w:t>
      </w:r>
      <w:proofErr w:type="spellEnd"/>
      <w:r>
        <w:t xml:space="preserve"> </w:t>
      </w:r>
      <w:proofErr w:type="spellStart"/>
      <w:r>
        <w:t>dell'Ente</w:t>
      </w:r>
      <w:proofErr w:type="spellEnd"/>
      <w:r>
        <w:t>:</w:t>
      </w:r>
      <w:r>
        <w:br/>
      </w:r>
      <w:proofErr w:type="spellStart"/>
      <w:r>
        <w:t>Denominazione</w:t>
      </w:r>
      <w:proofErr w:type="spellEnd"/>
      <w:r>
        <w:t xml:space="preserve"> Ente: .........................................................................................................................................</w:t>
      </w:r>
      <w:r>
        <w:br/>
        <w:t xml:space="preserve">Forma </w:t>
      </w:r>
      <w:proofErr w:type="spellStart"/>
      <w:r>
        <w:t>giuridica</w:t>
      </w:r>
      <w:proofErr w:type="spellEnd"/>
      <w:r>
        <w:t>: ..................................................................................................................................................</w:t>
      </w:r>
      <w:r>
        <w:br/>
      </w:r>
      <w:proofErr w:type="spellStart"/>
      <w:r>
        <w:t>Codice</w:t>
      </w:r>
      <w:proofErr w:type="spellEnd"/>
      <w:r>
        <w:t xml:space="preserve"> </w:t>
      </w:r>
      <w:proofErr w:type="spellStart"/>
      <w:r>
        <w:t>fiscale</w:t>
      </w:r>
      <w:proofErr w:type="spellEnd"/>
      <w:r>
        <w:t xml:space="preserve"> / Partita IVA: ................................................................................................................................</w:t>
      </w:r>
      <w:r>
        <w:br/>
      </w:r>
      <w:proofErr w:type="spellStart"/>
      <w:r>
        <w:t>Iscrizione</w:t>
      </w:r>
      <w:proofErr w:type="spellEnd"/>
      <w:r>
        <w:t xml:space="preserve"> al RUNTS / Albo Cooperative </w:t>
      </w:r>
      <w:proofErr w:type="spellStart"/>
      <w:r>
        <w:t>Sociali</w:t>
      </w:r>
      <w:proofErr w:type="spellEnd"/>
      <w:r>
        <w:t>: ...........................................................................................................................</w:t>
      </w:r>
      <w:r>
        <w:br/>
      </w:r>
      <w:proofErr w:type="spellStart"/>
      <w:r>
        <w:t>Sede</w:t>
      </w:r>
      <w:proofErr w:type="spellEnd"/>
      <w:r>
        <w:t xml:space="preserve"> </w:t>
      </w:r>
      <w:proofErr w:type="spellStart"/>
      <w:r>
        <w:t>legale</w:t>
      </w:r>
      <w:proofErr w:type="spellEnd"/>
      <w:r>
        <w:t>: .........................................................................................................................................................</w:t>
      </w:r>
      <w:r>
        <w:br/>
      </w:r>
      <w:proofErr w:type="spellStart"/>
      <w:r>
        <w:t>Sede</w:t>
      </w:r>
      <w:proofErr w:type="spellEnd"/>
      <w:r>
        <w:t xml:space="preserve"> </w:t>
      </w:r>
      <w:proofErr w:type="spellStart"/>
      <w:r>
        <w:t>operativa</w:t>
      </w:r>
      <w:proofErr w:type="spellEnd"/>
      <w:r>
        <w:t xml:space="preserve"> (se </w:t>
      </w:r>
      <w:proofErr w:type="spellStart"/>
      <w:r>
        <w:t>diversa</w:t>
      </w:r>
      <w:proofErr w:type="spellEnd"/>
      <w:r>
        <w:t>): ................................................................................................................................</w:t>
      </w:r>
      <w:r>
        <w:br/>
      </w:r>
      <w:proofErr w:type="spellStart"/>
      <w:r>
        <w:t>Telefono</w:t>
      </w:r>
      <w:proofErr w:type="spellEnd"/>
      <w:r>
        <w:t>: ................................................................ PEC: ................................................................................</w:t>
      </w:r>
      <w:r>
        <w:br/>
        <w:t xml:space="preserve">Email </w:t>
      </w:r>
      <w:proofErr w:type="spellStart"/>
      <w:r>
        <w:t>ordinaria</w:t>
      </w:r>
      <w:proofErr w:type="spellEnd"/>
      <w:r>
        <w:t>: ................................................................................................................................</w:t>
      </w:r>
      <w:r>
        <w:br/>
      </w:r>
      <w:proofErr w:type="spellStart"/>
      <w:r>
        <w:t>Referente</w:t>
      </w:r>
      <w:proofErr w:type="spellEnd"/>
      <w:r>
        <w:t xml:space="preserve"> per il </w:t>
      </w:r>
      <w:proofErr w:type="spellStart"/>
      <w:r>
        <w:t>progetto</w:t>
      </w:r>
      <w:proofErr w:type="spellEnd"/>
      <w:r>
        <w:t xml:space="preserve"> (Nome, </w:t>
      </w:r>
      <w:proofErr w:type="spellStart"/>
      <w:r>
        <w:t>Cognome</w:t>
      </w:r>
      <w:proofErr w:type="spellEnd"/>
      <w:r>
        <w:t xml:space="preserve">, </w:t>
      </w:r>
      <w:proofErr w:type="spellStart"/>
      <w:r>
        <w:t>ruolo</w:t>
      </w:r>
      <w:proofErr w:type="spellEnd"/>
      <w:r>
        <w:t xml:space="preserve">, </w:t>
      </w:r>
      <w:proofErr w:type="spellStart"/>
      <w:r>
        <w:t>recapiti</w:t>
      </w:r>
      <w:proofErr w:type="spellEnd"/>
      <w:r>
        <w:t>): ................................................................................................................................</w:t>
      </w:r>
    </w:p>
    <w:p w14:paraId="069B1364" w14:textId="77777777" w:rsidR="008C61A6" w:rsidRDefault="00000000">
      <w:pPr>
        <w:spacing w:before="200" w:after="120"/>
      </w:pPr>
      <w:r>
        <w:rPr>
          <w:b/>
          <w:color w:val="003366"/>
        </w:rPr>
        <w:t>MODALITÀ DI PARTECIPAZIONE (</w:t>
      </w:r>
      <w:proofErr w:type="spellStart"/>
      <w:r>
        <w:rPr>
          <w:b/>
          <w:color w:val="003366"/>
        </w:rPr>
        <w:t>Barrare</w:t>
      </w:r>
      <w:proofErr w:type="spellEnd"/>
      <w:r>
        <w:rPr>
          <w:b/>
          <w:color w:val="003366"/>
        </w:rPr>
        <w:t xml:space="preserve"> la </w:t>
      </w:r>
      <w:proofErr w:type="spellStart"/>
      <w:r>
        <w:rPr>
          <w:b/>
          <w:color w:val="003366"/>
        </w:rPr>
        <w:t>casella</w:t>
      </w:r>
      <w:proofErr w:type="spellEnd"/>
      <w:r>
        <w:rPr>
          <w:b/>
          <w:color w:val="003366"/>
        </w:rPr>
        <w:t xml:space="preserve"> di interesse):</w:t>
      </w:r>
    </w:p>
    <w:p w14:paraId="06439383" w14:textId="77777777" w:rsidR="008C61A6" w:rsidRDefault="00000000">
      <w:pPr>
        <w:pStyle w:val="Puntoelenco"/>
        <w:spacing w:after="80"/>
      </w:pPr>
      <w:proofErr w:type="gramStart"/>
      <w:r>
        <w:t>[  ]</w:t>
      </w:r>
      <w:proofErr w:type="gramEnd"/>
      <w:r>
        <w:t xml:space="preserve"> IN FORMA SINGOLA quale Ente del Terzo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proponente</w:t>
      </w:r>
      <w:proofErr w:type="spellEnd"/>
      <w:r>
        <w:t>;</w:t>
      </w:r>
      <w:r>
        <w:br/>
      </w:r>
    </w:p>
    <w:p w14:paraId="697EB432" w14:textId="77777777" w:rsidR="008C61A6" w:rsidRDefault="00000000">
      <w:pPr>
        <w:pStyle w:val="Puntoelenco"/>
        <w:spacing w:after="80"/>
      </w:pPr>
      <w:r>
        <w:t xml:space="preserve">[  ] IN FORMA ASSOCIATA (RTI / ATS / </w:t>
      </w:r>
      <w:proofErr w:type="spellStart"/>
      <w:r>
        <w:t>Consorzio</w:t>
      </w:r>
      <w:proofErr w:type="spellEnd"/>
      <w:r>
        <w:t xml:space="preserve"> / Rete) in </w:t>
      </w:r>
      <w:proofErr w:type="spellStart"/>
      <w:r>
        <w:t>qualità</w:t>
      </w:r>
      <w:proofErr w:type="spellEnd"/>
      <w:r>
        <w:t xml:space="preserve"> di:</w:t>
      </w:r>
      <w:r>
        <w:br/>
        <w:t xml:space="preserve">     [  ] Ente </w:t>
      </w:r>
      <w:proofErr w:type="spellStart"/>
      <w:r>
        <w:t>Capogruppo</w:t>
      </w:r>
      <w:proofErr w:type="spellEnd"/>
      <w:r>
        <w:t xml:space="preserve"> / </w:t>
      </w:r>
      <w:proofErr w:type="spellStart"/>
      <w:r>
        <w:t>Mandatario</w:t>
      </w:r>
      <w:proofErr w:type="spellEnd"/>
      <w:r>
        <w:br/>
        <w:t xml:space="preserve">     [  ] Ente </w:t>
      </w:r>
      <w:proofErr w:type="spellStart"/>
      <w:r>
        <w:t>Mandante</w:t>
      </w:r>
      <w:proofErr w:type="spellEnd"/>
      <w:r>
        <w:t xml:space="preserve"> / Partner di </w:t>
      </w:r>
      <w:proofErr w:type="spellStart"/>
      <w:r>
        <w:t>Raggruppamento</w:t>
      </w:r>
      <w:proofErr w:type="spellEnd"/>
      <w:r>
        <w:br/>
      </w:r>
      <w:proofErr w:type="spellStart"/>
      <w:r>
        <w:t>Composizione</w:t>
      </w:r>
      <w:proofErr w:type="spellEnd"/>
      <w:r>
        <w:t xml:space="preserve"> del </w:t>
      </w:r>
      <w:proofErr w:type="spellStart"/>
      <w:r>
        <w:t>Raggruppamento</w:t>
      </w:r>
      <w:proofErr w:type="spellEnd"/>
      <w:r>
        <w:t xml:space="preserve"> (RTI/ATS):</w:t>
      </w:r>
      <w:r>
        <w:br/>
        <w:t xml:space="preserve">- Ente </w:t>
      </w:r>
      <w:proofErr w:type="spellStart"/>
      <w:r>
        <w:t>Capogruppo</w:t>
      </w:r>
      <w:proofErr w:type="spellEnd"/>
      <w:r>
        <w:t>/</w:t>
      </w:r>
      <w:proofErr w:type="spellStart"/>
      <w:r>
        <w:t>Mandatario</w:t>
      </w:r>
      <w:proofErr w:type="spellEnd"/>
      <w:r>
        <w:t>: .............................................................................. (Ruolo/</w:t>
      </w:r>
      <w:proofErr w:type="spellStart"/>
      <w:r>
        <w:t>Servizi</w:t>
      </w:r>
      <w:proofErr w:type="spellEnd"/>
      <w:r>
        <w:t>: ...................................................., Quota %: ........)</w:t>
      </w:r>
      <w:r>
        <w:br/>
        <w:t xml:space="preserve">- Ente </w:t>
      </w:r>
      <w:proofErr w:type="spellStart"/>
      <w:r>
        <w:t>Mandante</w:t>
      </w:r>
      <w:proofErr w:type="spellEnd"/>
      <w:r>
        <w:t xml:space="preserve"> 1: .............................................................................. (Ruolo/</w:t>
      </w:r>
      <w:proofErr w:type="spellStart"/>
      <w:r>
        <w:t>Servizi</w:t>
      </w:r>
      <w:proofErr w:type="spellEnd"/>
      <w:r>
        <w:t>: ...................................................., Quota %: ........)</w:t>
      </w:r>
      <w:r>
        <w:br/>
        <w:t xml:space="preserve">- Ente </w:t>
      </w:r>
      <w:proofErr w:type="spellStart"/>
      <w:r>
        <w:t>Mandante</w:t>
      </w:r>
      <w:proofErr w:type="spellEnd"/>
      <w:r>
        <w:t xml:space="preserve"> 2: .............................................................................. (Ruolo/</w:t>
      </w:r>
      <w:proofErr w:type="spellStart"/>
      <w:r>
        <w:t>Servizi</w:t>
      </w:r>
      <w:proofErr w:type="spellEnd"/>
      <w:r>
        <w:t>: ...................................................., Quota %: ........)</w:t>
      </w:r>
    </w:p>
    <w:p w14:paraId="3CD3D76D" w14:textId="77777777" w:rsidR="008C61A6" w:rsidRDefault="00000000">
      <w:pPr>
        <w:spacing w:before="240" w:after="160"/>
        <w:jc w:val="center"/>
      </w:pPr>
      <w:r>
        <w:rPr>
          <w:b/>
          <w:color w:val="003366"/>
          <w:sz w:val="24"/>
        </w:rPr>
        <w:t>CHIEDE</w:t>
      </w:r>
    </w:p>
    <w:p w14:paraId="25FC54B4" w14:textId="25BE5FF5" w:rsidR="008C61A6" w:rsidRDefault="00000000">
      <w:pPr>
        <w:spacing w:after="160"/>
        <w:jc w:val="both"/>
      </w:pPr>
      <w:r>
        <w:t xml:space="preserve">di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ammesso</w:t>
      </w:r>
      <w:proofErr w:type="spellEnd"/>
      <w:r>
        <w:t xml:space="preserve">/a a </w:t>
      </w:r>
      <w:proofErr w:type="spellStart"/>
      <w:r>
        <w:t>partecipare</w:t>
      </w:r>
      <w:proofErr w:type="spellEnd"/>
      <w:r>
        <w:t xml:space="preserve"> (in forma </w:t>
      </w:r>
      <w:proofErr w:type="spellStart"/>
      <w:r>
        <w:t>singola</w:t>
      </w:r>
      <w:proofErr w:type="spellEnd"/>
      <w:r>
        <w:t xml:space="preserve"> o </w:t>
      </w:r>
      <w:proofErr w:type="spellStart"/>
      <w:r>
        <w:t>nell'indicato</w:t>
      </w:r>
      <w:proofErr w:type="spellEnd"/>
      <w:r>
        <w:t xml:space="preserve"> </w:t>
      </w:r>
      <w:proofErr w:type="spellStart"/>
      <w:r>
        <w:t>Raggruppamento</w:t>
      </w:r>
      <w:proofErr w:type="spellEnd"/>
      <w:r>
        <w:t xml:space="preserve"> </w:t>
      </w:r>
      <w:proofErr w:type="spellStart"/>
      <w:r>
        <w:t>Temporaneo</w:t>
      </w:r>
      <w:proofErr w:type="spellEnd"/>
      <w:r>
        <w:t xml:space="preserve"> / ATS)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procedura</w:t>
      </w:r>
      <w:proofErr w:type="spellEnd"/>
      <w:r>
        <w:t xml:space="preserve"> </w:t>
      </w:r>
      <w:proofErr w:type="spellStart"/>
      <w:r>
        <w:t>ad</w:t>
      </w:r>
      <w:proofErr w:type="spellEnd"/>
      <w:r>
        <w:t xml:space="preserve"> </w:t>
      </w:r>
      <w:proofErr w:type="spellStart"/>
      <w:r>
        <w:t>evidenza</w:t>
      </w:r>
      <w:proofErr w:type="spellEnd"/>
      <w:r>
        <w:t xml:space="preserve"> </w:t>
      </w:r>
      <w:proofErr w:type="spellStart"/>
      <w:r>
        <w:t>pubblica</w:t>
      </w:r>
      <w:proofErr w:type="spellEnd"/>
      <w:r>
        <w:t xml:space="preserve"> ed </w:t>
      </w:r>
      <w:proofErr w:type="spellStart"/>
      <w:r>
        <w:t>istruttoria</w:t>
      </w:r>
      <w:proofErr w:type="spellEnd"/>
      <w:r>
        <w:t xml:space="preserve"> </w:t>
      </w:r>
      <w:proofErr w:type="spellStart"/>
      <w:r>
        <w:t>comparativa</w:t>
      </w:r>
      <w:proofErr w:type="spellEnd"/>
      <w:r>
        <w:t xml:space="preserve"> per la Co-</w:t>
      </w:r>
      <w:proofErr w:type="spellStart"/>
      <w:r>
        <w:t>progettazione</w:t>
      </w:r>
      <w:proofErr w:type="spellEnd"/>
      <w:r>
        <w:t xml:space="preserve">, ai sensi </w:t>
      </w:r>
      <w:proofErr w:type="spellStart"/>
      <w:r>
        <w:t>dell'art</w:t>
      </w:r>
      <w:proofErr w:type="spellEnd"/>
      <w:r>
        <w:t xml:space="preserve">. 55 del </w:t>
      </w:r>
      <w:proofErr w:type="spellStart"/>
      <w:proofErr w:type="gramStart"/>
      <w:r>
        <w:t>D.Lgs</w:t>
      </w:r>
      <w:proofErr w:type="spellEnd"/>
      <w:proofErr w:type="gramEnd"/>
      <w:r>
        <w:t xml:space="preserve">. 117/2017, </w:t>
      </w:r>
      <w:proofErr w:type="spellStart"/>
      <w:r>
        <w:t>indetta</w:t>
      </w:r>
      <w:proofErr w:type="spellEnd"/>
      <w:r>
        <w:t xml:space="preserve"> </w:t>
      </w:r>
      <w:proofErr w:type="spellStart"/>
      <w:r>
        <w:t>dalla</w:t>
      </w:r>
      <w:proofErr w:type="spellEnd"/>
      <w:r>
        <w:t xml:space="preserve"> PROVINCIA DI MATERA per </w:t>
      </w:r>
      <w:proofErr w:type="spellStart"/>
      <w:r>
        <w:t>l'individuazione</w:t>
      </w:r>
      <w:proofErr w:type="spellEnd"/>
      <w:r>
        <w:t xml:space="preserve"> del </w:t>
      </w:r>
      <w:proofErr w:type="spellStart"/>
      <w:r>
        <w:lastRenderedPageBreak/>
        <w:t>soggetto</w:t>
      </w:r>
      <w:proofErr w:type="spellEnd"/>
      <w:r>
        <w:t xml:space="preserve"> del Terzo </w:t>
      </w:r>
      <w:proofErr w:type="spellStart"/>
      <w:r>
        <w:t>Settore</w:t>
      </w:r>
      <w:proofErr w:type="spellEnd"/>
      <w:r>
        <w:t xml:space="preserve"> per la Co-</w:t>
      </w:r>
      <w:proofErr w:type="spellStart"/>
      <w:r>
        <w:t>progettazione</w:t>
      </w:r>
      <w:proofErr w:type="spellEnd"/>
      <w:r>
        <w:t xml:space="preserve"> e la </w:t>
      </w:r>
      <w:proofErr w:type="spellStart"/>
      <w:r>
        <w:t>gestione</w:t>
      </w:r>
      <w:proofErr w:type="spellEnd"/>
      <w:r>
        <w:t xml:space="preserve"> del Progetto SAI (Sistema di </w:t>
      </w:r>
      <w:proofErr w:type="spellStart"/>
      <w:r>
        <w:t>Accoglienza</w:t>
      </w:r>
      <w:proofErr w:type="spellEnd"/>
      <w:r>
        <w:t xml:space="preserve"> e </w:t>
      </w:r>
      <w:proofErr w:type="spellStart"/>
      <w:r>
        <w:t>Integrazione</w:t>
      </w:r>
      <w:proofErr w:type="spellEnd"/>
      <w:r>
        <w:t xml:space="preserve">) </w:t>
      </w:r>
      <w:proofErr w:type="spellStart"/>
      <w:r>
        <w:t>della</w:t>
      </w:r>
      <w:proofErr w:type="spellEnd"/>
      <w:r>
        <w:t xml:space="preserve"> Rete </w:t>
      </w:r>
      <w:proofErr w:type="spellStart"/>
      <w:r>
        <w:t>Territoriale</w:t>
      </w:r>
      <w:proofErr w:type="spellEnd"/>
      <w:r>
        <w:t xml:space="preserve"> Provinciale, </w:t>
      </w:r>
      <w:proofErr w:type="spellStart"/>
      <w:r>
        <w:t>categoria</w:t>
      </w:r>
      <w:proofErr w:type="spellEnd"/>
      <w:r>
        <w:t xml:space="preserve"> "</w:t>
      </w:r>
      <w:proofErr w:type="spellStart"/>
      <w:r>
        <w:t>accoglienza</w:t>
      </w:r>
      <w:proofErr w:type="spellEnd"/>
      <w:r>
        <w:t xml:space="preserve"> in </w:t>
      </w:r>
      <w:proofErr w:type="spellStart"/>
      <w:r>
        <w:t>favore</w:t>
      </w:r>
      <w:proofErr w:type="spellEnd"/>
      <w:r>
        <w:t xml:space="preserve"> di </w:t>
      </w:r>
      <w:proofErr w:type="spellStart"/>
      <w:r>
        <w:t>persone</w:t>
      </w:r>
      <w:proofErr w:type="spellEnd"/>
      <w:r>
        <w:t xml:space="preserve"> </w:t>
      </w:r>
      <w:proofErr w:type="spellStart"/>
      <w:r>
        <w:t>disabili</w:t>
      </w:r>
      <w:proofErr w:type="spellEnd"/>
      <w:r>
        <w:t xml:space="preserve"> e/o con disagio </w:t>
      </w:r>
      <w:proofErr w:type="spellStart"/>
      <w:r>
        <w:t>mentale</w:t>
      </w:r>
      <w:proofErr w:type="spellEnd"/>
      <w:r>
        <w:t xml:space="preserve"> o </w:t>
      </w:r>
      <w:proofErr w:type="spellStart"/>
      <w:r>
        <w:t>psicologico</w:t>
      </w:r>
      <w:proofErr w:type="spellEnd"/>
      <w:r>
        <w:t xml:space="preserve"> e/o con </w:t>
      </w:r>
      <w:proofErr w:type="spellStart"/>
      <w:r>
        <w:t>necessità</w:t>
      </w:r>
      <w:proofErr w:type="spellEnd"/>
      <w:r>
        <w:t xml:space="preserve"> di </w:t>
      </w:r>
      <w:proofErr w:type="spellStart"/>
      <w:r>
        <w:t>assistenza</w:t>
      </w:r>
      <w:proofErr w:type="spellEnd"/>
      <w:r>
        <w:t xml:space="preserve"> sanitaria, </w:t>
      </w:r>
      <w:proofErr w:type="spellStart"/>
      <w:r>
        <w:t>sociale</w:t>
      </w:r>
      <w:proofErr w:type="spellEnd"/>
      <w:r>
        <w:t xml:space="preserve"> e </w:t>
      </w:r>
      <w:proofErr w:type="spellStart"/>
      <w:r>
        <w:t>domiciliare</w:t>
      </w:r>
      <w:proofErr w:type="spellEnd"/>
      <w:r>
        <w:t xml:space="preserve">, </w:t>
      </w:r>
      <w:proofErr w:type="spellStart"/>
      <w:r>
        <w:t>specialistica</w:t>
      </w:r>
      <w:proofErr w:type="spellEnd"/>
      <w:r>
        <w:t xml:space="preserve"> e/o </w:t>
      </w:r>
      <w:proofErr w:type="spellStart"/>
      <w:r>
        <w:t>prolungata</w:t>
      </w:r>
      <w:proofErr w:type="spellEnd"/>
      <w:r>
        <w:t>" (</w:t>
      </w:r>
      <w:proofErr w:type="spellStart"/>
      <w:r>
        <w:t>Vulnerabili</w:t>
      </w:r>
      <w:proofErr w:type="spellEnd"/>
      <w:r>
        <w:t xml:space="preserve"> e </w:t>
      </w:r>
      <w:proofErr w:type="spellStart"/>
      <w:r>
        <w:t>Disabili</w:t>
      </w:r>
      <w:proofErr w:type="spellEnd"/>
      <w:r>
        <w:t xml:space="preserve">), </w:t>
      </w:r>
      <w:proofErr w:type="spellStart"/>
      <w:r w:rsidR="00BB1CAF">
        <w:t>orientativamente</w:t>
      </w:r>
      <w:proofErr w:type="spellEnd"/>
      <w:r w:rsidR="00BB1CAF">
        <w:t xml:space="preserve"> </w:t>
      </w:r>
      <w:r>
        <w:t xml:space="preserve">per n. </w:t>
      </w:r>
      <w:r w:rsidR="00BB1CAF">
        <w:t>20</w:t>
      </w:r>
      <w:r>
        <w:t xml:space="preserve"> </w:t>
      </w:r>
      <w:proofErr w:type="spellStart"/>
      <w:r>
        <w:t>posti</w:t>
      </w:r>
      <w:proofErr w:type="spellEnd"/>
      <w:r>
        <w:t xml:space="preserve"> (</w:t>
      </w:r>
      <w:proofErr w:type="spellStart"/>
      <w:r>
        <w:t>ampliabili</w:t>
      </w:r>
      <w:proofErr w:type="spellEnd"/>
      <w:r>
        <w:t xml:space="preserve">), a </w:t>
      </w:r>
      <w:proofErr w:type="spellStart"/>
      <w:r>
        <w:t>valere</w:t>
      </w:r>
      <w:proofErr w:type="spellEnd"/>
      <w:r>
        <w:t xml:space="preserve"> </w:t>
      </w:r>
      <w:proofErr w:type="spellStart"/>
      <w:r>
        <w:t>sulle</w:t>
      </w:r>
      <w:proofErr w:type="spellEnd"/>
      <w:r>
        <w:t xml:space="preserve"> </w:t>
      </w:r>
      <w:proofErr w:type="spellStart"/>
      <w:r>
        <w:t>risorse</w:t>
      </w:r>
      <w:proofErr w:type="spellEnd"/>
      <w:r>
        <w:t xml:space="preserve"> del FAMI 2021-2027 per il </w:t>
      </w:r>
      <w:proofErr w:type="spellStart"/>
      <w:r>
        <w:t>periodo</w:t>
      </w:r>
      <w:proofErr w:type="spellEnd"/>
      <w:r>
        <w:t xml:space="preserve"> di </w:t>
      </w:r>
      <w:proofErr w:type="spellStart"/>
      <w:r>
        <w:t>ammissione</w:t>
      </w:r>
      <w:proofErr w:type="spellEnd"/>
      <w:r>
        <w:t xml:space="preserve"> a </w:t>
      </w:r>
      <w:proofErr w:type="spellStart"/>
      <w:r>
        <w:t>finanziamento</w:t>
      </w:r>
      <w:proofErr w:type="spellEnd"/>
      <w:r>
        <w:t xml:space="preserve"> </w:t>
      </w:r>
      <w:proofErr w:type="spellStart"/>
      <w:r>
        <w:t>riconosciuto</w:t>
      </w:r>
      <w:proofErr w:type="spellEnd"/>
      <w:r>
        <w:t xml:space="preserve"> dal </w:t>
      </w:r>
      <w:proofErr w:type="spellStart"/>
      <w:r>
        <w:t>Ministero</w:t>
      </w:r>
      <w:proofErr w:type="spellEnd"/>
      <w:r>
        <w:t xml:space="preserve"> </w:t>
      </w:r>
      <w:proofErr w:type="spellStart"/>
      <w:r>
        <w:t>dell'Interno</w:t>
      </w:r>
      <w:proofErr w:type="spellEnd"/>
      <w:r>
        <w:t>.</w:t>
      </w:r>
    </w:p>
    <w:p w14:paraId="5C4A4AA4" w14:textId="77777777" w:rsidR="008C61A6" w:rsidRDefault="00000000">
      <w:pPr>
        <w:spacing w:before="200" w:after="160"/>
        <w:jc w:val="center"/>
      </w:pPr>
      <w:r>
        <w:rPr>
          <w:b/>
          <w:color w:val="003366"/>
        </w:rPr>
        <w:t>DICHIARA AI SENSI DEGLI ARTT. 46 E 47 DEL D.P.R. N. 445/2000:</w:t>
      </w:r>
    </w:p>
    <w:p w14:paraId="291E59D5" w14:textId="77777777" w:rsidR="008C61A6" w:rsidRDefault="00000000">
      <w:pPr>
        <w:spacing w:after="120"/>
        <w:jc w:val="both"/>
      </w:pPr>
      <w:r>
        <w:t xml:space="preserve">Il/La </w:t>
      </w:r>
      <w:proofErr w:type="spellStart"/>
      <w:r>
        <w:t>sottoscritto</w:t>
      </w:r>
      <w:proofErr w:type="spellEnd"/>
      <w:r>
        <w:t xml:space="preserve">/a </w:t>
      </w:r>
      <w:proofErr w:type="spellStart"/>
      <w:r>
        <w:t>dichiara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l'Ente</w:t>
      </w:r>
      <w:proofErr w:type="spellEnd"/>
      <w:r>
        <w:t xml:space="preserve"> </w:t>
      </w:r>
      <w:proofErr w:type="spellStart"/>
      <w:r>
        <w:t>rappresentato</w:t>
      </w:r>
      <w:proofErr w:type="spellEnd"/>
      <w:r>
        <w:t xml:space="preserve"> è in </w:t>
      </w:r>
      <w:proofErr w:type="spellStart"/>
      <w:r>
        <w:t>possesso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requisiti</w:t>
      </w:r>
      <w:proofErr w:type="spellEnd"/>
      <w:r>
        <w:t xml:space="preserve"> </w:t>
      </w:r>
      <w:proofErr w:type="spellStart"/>
      <w:r>
        <w:t>generali</w:t>
      </w:r>
      <w:proofErr w:type="spellEnd"/>
      <w:r>
        <w:t xml:space="preserve">, di </w:t>
      </w:r>
      <w:proofErr w:type="spellStart"/>
      <w:r>
        <w:t>idoneità</w:t>
      </w:r>
      <w:proofErr w:type="spellEnd"/>
      <w:r>
        <w:t xml:space="preserve"> </w:t>
      </w:r>
      <w:proofErr w:type="spellStart"/>
      <w:r>
        <w:t>professionale</w:t>
      </w:r>
      <w:proofErr w:type="spellEnd"/>
      <w:r>
        <w:t xml:space="preserve">, </w:t>
      </w:r>
      <w:proofErr w:type="spellStart"/>
      <w:r>
        <w:t>economico-finanziaria</w:t>
      </w:r>
      <w:proofErr w:type="spellEnd"/>
      <w:r>
        <w:t xml:space="preserve"> e </w:t>
      </w:r>
      <w:proofErr w:type="spellStart"/>
      <w:r>
        <w:t>tecnico-organizzativa</w:t>
      </w:r>
      <w:proofErr w:type="spellEnd"/>
      <w:r>
        <w:t xml:space="preserve"> </w:t>
      </w:r>
      <w:proofErr w:type="spellStart"/>
      <w:r>
        <w:t>richiesti</w:t>
      </w:r>
      <w:proofErr w:type="spellEnd"/>
      <w:r>
        <w:t xml:space="preserve"> </w:t>
      </w:r>
      <w:proofErr w:type="spellStart"/>
      <w:r>
        <w:t>dall'Avviso</w:t>
      </w:r>
      <w:proofErr w:type="spellEnd"/>
      <w:r>
        <w:t xml:space="preserve"> </w:t>
      </w:r>
      <w:proofErr w:type="spellStart"/>
      <w:r>
        <w:t>pubblico</w:t>
      </w:r>
      <w:proofErr w:type="spellEnd"/>
      <w:r>
        <w:t xml:space="preserve">, come di </w:t>
      </w:r>
      <w:proofErr w:type="spellStart"/>
      <w:r>
        <w:t>seguito</w:t>
      </w:r>
      <w:proofErr w:type="spellEnd"/>
      <w:r>
        <w:t xml:space="preserve"> </w:t>
      </w:r>
      <w:proofErr w:type="spellStart"/>
      <w:r>
        <w:t>specificato</w:t>
      </w:r>
      <w:proofErr w:type="spellEnd"/>
      <w:r>
        <w:t>:</w:t>
      </w:r>
    </w:p>
    <w:p w14:paraId="0C691B92" w14:textId="77777777" w:rsidR="008C61A6" w:rsidRDefault="00000000">
      <w:pPr>
        <w:spacing w:before="160" w:after="80"/>
      </w:pPr>
      <w:r>
        <w:rPr>
          <w:b/>
          <w:color w:val="4682B4"/>
        </w:rPr>
        <w:t xml:space="preserve">REQUISITI GENERALI E DI IDONEITÀ PROFESSIONALE (da </w:t>
      </w:r>
      <w:proofErr w:type="spellStart"/>
      <w:r>
        <w:rPr>
          <w:b/>
          <w:color w:val="4682B4"/>
        </w:rPr>
        <w:t>possedersi</w:t>
      </w:r>
      <w:proofErr w:type="spellEnd"/>
      <w:r>
        <w:rPr>
          <w:b/>
          <w:color w:val="4682B4"/>
        </w:rPr>
        <w:t xml:space="preserve"> da </w:t>
      </w:r>
      <w:proofErr w:type="spellStart"/>
      <w:r>
        <w:rPr>
          <w:b/>
          <w:color w:val="4682B4"/>
        </w:rPr>
        <w:t>ciascun</w:t>
      </w:r>
      <w:proofErr w:type="spellEnd"/>
      <w:r>
        <w:rPr>
          <w:b/>
          <w:color w:val="4682B4"/>
        </w:rPr>
        <w:t xml:space="preserve"> </w:t>
      </w:r>
      <w:proofErr w:type="spellStart"/>
      <w:r>
        <w:rPr>
          <w:b/>
          <w:color w:val="4682B4"/>
        </w:rPr>
        <w:t>componente</w:t>
      </w:r>
      <w:proofErr w:type="spellEnd"/>
      <w:r>
        <w:rPr>
          <w:b/>
          <w:color w:val="4682B4"/>
        </w:rPr>
        <w:t xml:space="preserve"> del RTI):</w:t>
      </w:r>
    </w:p>
    <w:p w14:paraId="375365B0" w14:textId="77777777" w:rsidR="008C61A6" w:rsidRDefault="00000000">
      <w:pPr>
        <w:pStyle w:val="Puntoelenco"/>
        <w:spacing w:after="60"/>
        <w:jc w:val="both"/>
      </w:pPr>
      <w:r>
        <w:t xml:space="preserve">Di non </w:t>
      </w:r>
      <w:proofErr w:type="spellStart"/>
      <w:r>
        <w:t>trovarsi</w:t>
      </w:r>
      <w:proofErr w:type="spellEnd"/>
      <w:r>
        <w:t xml:space="preserve"> in alcuna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condizioni</w:t>
      </w:r>
      <w:proofErr w:type="spellEnd"/>
      <w:r>
        <w:t xml:space="preserve"> di </w:t>
      </w:r>
      <w:proofErr w:type="spellStart"/>
      <w:r>
        <w:t>esclusione</w:t>
      </w:r>
      <w:proofErr w:type="spellEnd"/>
      <w:r>
        <w:t xml:space="preserve"> </w:t>
      </w:r>
      <w:proofErr w:type="spellStart"/>
      <w:r>
        <w:t>previste</w:t>
      </w:r>
      <w:proofErr w:type="spellEnd"/>
      <w:r>
        <w:t xml:space="preserve"> </w:t>
      </w:r>
      <w:proofErr w:type="spellStart"/>
      <w:r>
        <w:t>dagli</w:t>
      </w:r>
      <w:proofErr w:type="spellEnd"/>
      <w:r>
        <w:t xml:space="preserve"> </w:t>
      </w:r>
      <w:proofErr w:type="spellStart"/>
      <w:r>
        <w:t>artt</w:t>
      </w:r>
      <w:proofErr w:type="spellEnd"/>
      <w:r>
        <w:t xml:space="preserve">. 94 e 95 del </w:t>
      </w:r>
      <w:proofErr w:type="spellStart"/>
      <w:proofErr w:type="gramStart"/>
      <w:r>
        <w:t>D.Lgs</w:t>
      </w:r>
      <w:proofErr w:type="spellEnd"/>
      <w:proofErr w:type="gramEnd"/>
      <w:r>
        <w:t xml:space="preserve">. 36/2023 per </w:t>
      </w:r>
      <w:proofErr w:type="spellStart"/>
      <w:r>
        <w:t>quanto</w:t>
      </w:r>
      <w:proofErr w:type="spellEnd"/>
      <w:r>
        <w:t xml:space="preserve"> </w:t>
      </w:r>
      <w:proofErr w:type="spellStart"/>
      <w:r>
        <w:t>applicabili</w:t>
      </w:r>
      <w:proofErr w:type="spellEnd"/>
      <w:r>
        <w:t xml:space="preserve"> e </w:t>
      </w:r>
      <w:proofErr w:type="spellStart"/>
      <w:r>
        <w:t>compatibili</w:t>
      </w:r>
      <w:proofErr w:type="spellEnd"/>
      <w:r>
        <w:t xml:space="preserve"> con la natura </w:t>
      </w:r>
      <w:proofErr w:type="spellStart"/>
      <w:r>
        <w:t>degli</w:t>
      </w:r>
      <w:proofErr w:type="spellEnd"/>
      <w:r>
        <w:t xml:space="preserve"> ETS;</w:t>
      </w:r>
    </w:p>
    <w:p w14:paraId="1570ECE1" w14:textId="77777777" w:rsidR="008C61A6" w:rsidRDefault="00000000">
      <w:pPr>
        <w:pStyle w:val="Puntoelenco"/>
        <w:spacing w:after="60"/>
        <w:jc w:val="both"/>
      </w:pPr>
      <w:r>
        <w:t xml:space="preserve">Di non </w:t>
      </w:r>
      <w:proofErr w:type="spellStart"/>
      <w:r>
        <w:t>trovarsi</w:t>
      </w:r>
      <w:proofErr w:type="spellEnd"/>
      <w:r>
        <w:t xml:space="preserve"> in alcuna </w:t>
      </w:r>
      <w:proofErr w:type="spellStart"/>
      <w:r>
        <w:t>condizione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comporti</w:t>
      </w:r>
      <w:proofErr w:type="spellEnd"/>
      <w:r>
        <w:t xml:space="preserve"> </w:t>
      </w:r>
      <w:proofErr w:type="spellStart"/>
      <w:r>
        <w:t>l'incapacità</w:t>
      </w:r>
      <w:proofErr w:type="spellEnd"/>
      <w:r>
        <w:t xml:space="preserve"> o il </w:t>
      </w:r>
      <w:proofErr w:type="spellStart"/>
      <w:r>
        <w:t>divieto</w:t>
      </w:r>
      <w:proofErr w:type="spellEnd"/>
      <w:r>
        <w:t xml:space="preserve"> di </w:t>
      </w:r>
      <w:proofErr w:type="spellStart"/>
      <w:r>
        <w:t>contrarre</w:t>
      </w:r>
      <w:proofErr w:type="spellEnd"/>
      <w:r>
        <w:t xml:space="preserve"> con la </w:t>
      </w:r>
      <w:proofErr w:type="spellStart"/>
      <w:r>
        <w:t>pubblica</w:t>
      </w:r>
      <w:proofErr w:type="spellEnd"/>
      <w:r>
        <w:t xml:space="preserve"> </w:t>
      </w:r>
      <w:proofErr w:type="spellStart"/>
      <w:r>
        <w:t>amministrazione</w:t>
      </w:r>
      <w:proofErr w:type="spellEnd"/>
      <w:r>
        <w:t>;</w:t>
      </w:r>
    </w:p>
    <w:p w14:paraId="283C2258" w14:textId="77777777" w:rsidR="008C61A6" w:rsidRDefault="00000000">
      <w:pPr>
        <w:pStyle w:val="Puntoelenco"/>
        <w:spacing w:after="60"/>
        <w:jc w:val="both"/>
      </w:pPr>
      <w:r>
        <w:t xml:space="preserve">Di non </w:t>
      </w:r>
      <w:proofErr w:type="spellStart"/>
      <w:r>
        <w:t>incorrere</w:t>
      </w:r>
      <w:proofErr w:type="spellEnd"/>
      <w:r>
        <w:t xml:space="preserve"> </w:t>
      </w:r>
      <w:proofErr w:type="spellStart"/>
      <w:r>
        <w:t>nelle</w:t>
      </w:r>
      <w:proofErr w:type="spellEnd"/>
      <w:r>
        <w:t xml:space="preserve"> cause di </w:t>
      </w:r>
      <w:proofErr w:type="spellStart"/>
      <w:r>
        <w:t>esclusione</w:t>
      </w:r>
      <w:proofErr w:type="spellEnd"/>
      <w:r>
        <w:t xml:space="preserve"> di cui </w:t>
      </w:r>
      <w:proofErr w:type="spellStart"/>
      <w:r>
        <w:t>all'art</w:t>
      </w:r>
      <w:proofErr w:type="spellEnd"/>
      <w:r>
        <w:t xml:space="preserve">. 18 </w:t>
      </w:r>
      <w:proofErr w:type="spellStart"/>
      <w:r>
        <w:t>delle</w:t>
      </w:r>
      <w:proofErr w:type="spellEnd"/>
      <w:r>
        <w:t xml:space="preserve"> Linee </w:t>
      </w:r>
      <w:proofErr w:type="spellStart"/>
      <w:r>
        <w:t>guida</w:t>
      </w:r>
      <w:proofErr w:type="spellEnd"/>
      <w:r>
        <w:t xml:space="preserve"> </w:t>
      </w:r>
      <w:proofErr w:type="spellStart"/>
      <w:r>
        <w:t>allegate</w:t>
      </w:r>
      <w:proofErr w:type="spellEnd"/>
      <w:r>
        <w:t xml:space="preserve"> al D.M. 18 </w:t>
      </w:r>
      <w:proofErr w:type="spellStart"/>
      <w:r>
        <w:t>novembre</w:t>
      </w:r>
      <w:proofErr w:type="spellEnd"/>
      <w:r>
        <w:t xml:space="preserve"> 2019;</w:t>
      </w:r>
    </w:p>
    <w:p w14:paraId="25FE630F" w14:textId="77777777" w:rsidR="008C61A6" w:rsidRDefault="00000000">
      <w:pPr>
        <w:pStyle w:val="Puntoelenco"/>
        <w:spacing w:after="60"/>
        <w:jc w:val="both"/>
      </w:pPr>
      <w:r>
        <w:t xml:space="preserve">Di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regolarmente</w:t>
      </w:r>
      <w:proofErr w:type="spellEnd"/>
      <w:r>
        <w:t xml:space="preserve"> </w:t>
      </w:r>
      <w:proofErr w:type="spellStart"/>
      <w:r>
        <w:t>iscritto</w:t>
      </w:r>
      <w:proofErr w:type="spellEnd"/>
      <w:r>
        <w:t xml:space="preserve"> al RUNTS (</w:t>
      </w:r>
      <w:proofErr w:type="spellStart"/>
      <w:r>
        <w:t>Registro</w:t>
      </w:r>
      <w:proofErr w:type="spellEnd"/>
      <w:r>
        <w:t xml:space="preserve"> Unico Nazionale del Terzo </w:t>
      </w:r>
      <w:proofErr w:type="spellStart"/>
      <w:r>
        <w:t>Settore</w:t>
      </w:r>
      <w:proofErr w:type="spellEnd"/>
      <w:r>
        <w:t xml:space="preserve">) o, in regime </w:t>
      </w:r>
      <w:proofErr w:type="spellStart"/>
      <w:r>
        <w:t>transitorio</w:t>
      </w:r>
      <w:proofErr w:type="spellEnd"/>
      <w:r>
        <w:t xml:space="preserve">, </w:t>
      </w:r>
      <w:proofErr w:type="spellStart"/>
      <w:r>
        <w:t>agli</w:t>
      </w:r>
      <w:proofErr w:type="spellEnd"/>
      <w:r>
        <w:t xml:space="preserve"> </w:t>
      </w:r>
      <w:proofErr w:type="spellStart"/>
      <w:r>
        <w:t>appositi</w:t>
      </w:r>
      <w:proofErr w:type="spellEnd"/>
      <w:r>
        <w:t xml:space="preserve"> </w:t>
      </w:r>
      <w:proofErr w:type="spellStart"/>
      <w:r>
        <w:t>registri</w:t>
      </w:r>
      <w:proofErr w:type="spellEnd"/>
      <w:r>
        <w:t xml:space="preserve"> </w:t>
      </w:r>
      <w:proofErr w:type="spellStart"/>
      <w:r>
        <w:t>previsti</w:t>
      </w:r>
      <w:proofErr w:type="spellEnd"/>
      <w:r>
        <w:t xml:space="preserve">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normativa</w:t>
      </w:r>
      <w:proofErr w:type="spellEnd"/>
      <w:r>
        <w:t xml:space="preserve"> </w:t>
      </w:r>
      <w:proofErr w:type="spellStart"/>
      <w:r>
        <w:t>vigente</w:t>
      </w:r>
      <w:proofErr w:type="spellEnd"/>
      <w:r>
        <w:t>;</w:t>
      </w:r>
    </w:p>
    <w:p w14:paraId="2B2B0F2A" w14:textId="77777777" w:rsidR="008C61A6" w:rsidRDefault="00000000">
      <w:pPr>
        <w:pStyle w:val="Puntoelenco"/>
        <w:spacing w:after="60"/>
        <w:jc w:val="both"/>
      </w:pPr>
      <w:r>
        <w:t xml:space="preserve">Di </w:t>
      </w:r>
      <w:proofErr w:type="spellStart"/>
      <w:r>
        <w:t>essere</w:t>
      </w:r>
      <w:proofErr w:type="spellEnd"/>
      <w:r>
        <w:t xml:space="preserve"> in </w:t>
      </w:r>
      <w:proofErr w:type="spellStart"/>
      <w:r>
        <w:t>regola</w:t>
      </w:r>
      <w:proofErr w:type="spellEnd"/>
      <w:r>
        <w:t xml:space="preserve"> con </w:t>
      </w:r>
      <w:proofErr w:type="spellStart"/>
      <w:r>
        <w:t>gli</w:t>
      </w:r>
      <w:proofErr w:type="spellEnd"/>
      <w:r>
        <w:t xml:space="preserve"> </w:t>
      </w:r>
      <w:proofErr w:type="spellStart"/>
      <w:r>
        <w:t>obblighi</w:t>
      </w:r>
      <w:proofErr w:type="spellEnd"/>
      <w:r>
        <w:t xml:space="preserve"> </w:t>
      </w:r>
      <w:proofErr w:type="spellStart"/>
      <w:r>
        <w:t>contributivi</w:t>
      </w:r>
      <w:proofErr w:type="spellEnd"/>
      <w:r>
        <w:t xml:space="preserve"> </w:t>
      </w:r>
      <w:proofErr w:type="spellStart"/>
      <w:r>
        <w:t>previsti</w:t>
      </w:r>
      <w:proofErr w:type="spellEnd"/>
      <w:r>
        <w:t xml:space="preserve">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normativa</w:t>
      </w:r>
      <w:proofErr w:type="spellEnd"/>
      <w:r>
        <w:t xml:space="preserve"> </w:t>
      </w:r>
      <w:proofErr w:type="spellStart"/>
      <w:r>
        <w:t>vigente</w:t>
      </w:r>
      <w:proofErr w:type="spellEnd"/>
      <w:r>
        <w:t xml:space="preserve"> (DURC);</w:t>
      </w:r>
    </w:p>
    <w:p w14:paraId="2DF19A7F" w14:textId="77777777" w:rsidR="008C61A6" w:rsidRDefault="00000000">
      <w:pPr>
        <w:pStyle w:val="Puntoelenco"/>
        <w:spacing w:after="60"/>
        <w:jc w:val="both"/>
      </w:pPr>
      <w:r>
        <w:t xml:space="preserve">Di </w:t>
      </w:r>
      <w:proofErr w:type="spellStart"/>
      <w:r>
        <w:t>essere</w:t>
      </w:r>
      <w:proofErr w:type="spellEnd"/>
      <w:r>
        <w:t xml:space="preserve"> in </w:t>
      </w:r>
      <w:proofErr w:type="spellStart"/>
      <w:r>
        <w:t>regola</w:t>
      </w:r>
      <w:proofErr w:type="spellEnd"/>
      <w:r>
        <w:t xml:space="preserve"> con </w:t>
      </w:r>
      <w:proofErr w:type="spellStart"/>
      <w:r>
        <w:t>gli</w:t>
      </w:r>
      <w:proofErr w:type="spellEnd"/>
      <w:r>
        <w:t xml:space="preserve"> </w:t>
      </w:r>
      <w:proofErr w:type="spellStart"/>
      <w:r>
        <w:t>obblighi</w:t>
      </w:r>
      <w:proofErr w:type="spellEnd"/>
      <w:r>
        <w:t xml:space="preserve"> in </w:t>
      </w:r>
      <w:proofErr w:type="spellStart"/>
      <w:r>
        <w:t>materia</w:t>
      </w:r>
      <w:proofErr w:type="spellEnd"/>
      <w:r>
        <w:t xml:space="preserve"> di </w:t>
      </w:r>
      <w:proofErr w:type="spellStart"/>
      <w:r>
        <w:t>sicurezza</w:t>
      </w:r>
      <w:proofErr w:type="spellEnd"/>
      <w:r>
        <w:t xml:space="preserve"> </w:t>
      </w:r>
      <w:proofErr w:type="spellStart"/>
      <w:r>
        <w:t>sul</w:t>
      </w:r>
      <w:proofErr w:type="spellEnd"/>
      <w:r>
        <w:t xml:space="preserve"> </w:t>
      </w:r>
      <w:proofErr w:type="spellStart"/>
      <w:r>
        <w:t>lavoro</w:t>
      </w:r>
      <w:proofErr w:type="spellEnd"/>
      <w:r>
        <w:t xml:space="preserve"> di cui al </w:t>
      </w:r>
      <w:proofErr w:type="spellStart"/>
      <w:proofErr w:type="gramStart"/>
      <w:r>
        <w:t>D.Lgs</w:t>
      </w:r>
      <w:proofErr w:type="spellEnd"/>
      <w:proofErr w:type="gramEnd"/>
      <w:r>
        <w:t xml:space="preserve">. 81/2008 e </w:t>
      </w:r>
      <w:proofErr w:type="spellStart"/>
      <w:r>
        <w:t>s.m.i</w:t>
      </w:r>
      <w:proofErr w:type="spellEnd"/>
      <w:r>
        <w:t>.</w:t>
      </w:r>
    </w:p>
    <w:p w14:paraId="28C0C49E" w14:textId="77777777" w:rsidR="008C61A6" w:rsidRDefault="00000000">
      <w:pPr>
        <w:spacing w:before="160" w:after="80"/>
      </w:pPr>
      <w:r>
        <w:rPr>
          <w:b/>
          <w:color w:val="4682B4"/>
        </w:rPr>
        <w:t>REQUISITI DI CAPACITÀ ECONOMICO-FINANZIARIA E TECNICO-PROFESSIONALE (</w:t>
      </w:r>
      <w:proofErr w:type="spellStart"/>
      <w:r>
        <w:rPr>
          <w:b/>
          <w:color w:val="4682B4"/>
        </w:rPr>
        <w:t>singolarmente</w:t>
      </w:r>
      <w:proofErr w:type="spellEnd"/>
      <w:r>
        <w:rPr>
          <w:b/>
          <w:color w:val="4682B4"/>
        </w:rPr>
        <w:t xml:space="preserve"> o </w:t>
      </w:r>
      <w:proofErr w:type="spellStart"/>
      <w:r>
        <w:rPr>
          <w:b/>
          <w:color w:val="4682B4"/>
        </w:rPr>
        <w:t>cumulativamente</w:t>
      </w:r>
      <w:proofErr w:type="spellEnd"/>
      <w:r>
        <w:rPr>
          <w:b/>
          <w:color w:val="4682B4"/>
        </w:rPr>
        <w:t xml:space="preserve"> </w:t>
      </w:r>
      <w:proofErr w:type="spellStart"/>
      <w:r>
        <w:rPr>
          <w:b/>
          <w:color w:val="4682B4"/>
        </w:rPr>
        <w:t>nel</w:t>
      </w:r>
      <w:proofErr w:type="spellEnd"/>
      <w:r>
        <w:rPr>
          <w:b/>
          <w:color w:val="4682B4"/>
        </w:rPr>
        <w:t xml:space="preserve"> RTI):</w:t>
      </w:r>
    </w:p>
    <w:p w14:paraId="0643AA02" w14:textId="77777777" w:rsidR="008C61A6" w:rsidRDefault="00000000">
      <w:pPr>
        <w:pStyle w:val="Puntoelenco"/>
        <w:spacing w:after="60"/>
        <w:jc w:val="both"/>
      </w:pPr>
      <w:r>
        <w:t xml:space="preserve">Di </w:t>
      </w:r>
      <w:proofErr w:type="spellStart"/>
      <w:r>
        <w:t>possedere</w:t>
      </w:r>
      <w:proofErr w:type="spellEnd"/>
      <w:r>
        <w:t xml:space="preserve"> (</w:t>
      </w:r>
      <w:proofErr w:type="spellStart"/>
      <w:r>
        <w:t>ovvero</w:t>
      </w:r>
      <w:proofErr w:type="spellEnd"/>
      <w:r>
        <w:t xml:space="preserve"> di </w:t>
      </w:r>
      <w:proofErr w:type="spellStart"/>
      <w:r>
        <w:t>concorrere</w:t>
      </w:r>
      <w:proofErr w:type="spellEnd"/>
      <w:r>
        <w:t xml:space="preserve"> a </w:t>
      </w:r>
      <w:proofErr w:type="spellStart"/>
      <w:r>
        <w:t>possedere</w:t>
      </w:r>
      <w:proofErr w:type="spellEnd"/>
      <w:r>
        <w:t xml:space="preserve"> </w:t>
      </w:r>
      <w:proofErr w:type="spellStart"/>
      <w:r>
        <w:t>nell'ambito</w:t>
      </w:r>
      <w:proofErr w:type="spellEnd"/>
      <w:r>
        <w:t xml:space="preserve"> del RTI/ATS) </w:t>
      </w:r>
      <w:proofErr w:type="spellStart"/>
      <w:r>
        <w:t>un'esperienza</w:t>
      </w:r>
      <w:proofErr w:type="spellEnd"/>
      <w:r>
        <w:t xml:space="preserve"> </w:t>
      </w:r>
      <w:proofErr w:type="spellStart"/>
      <w:r>
        <w:t>almeno</w:t>
      </w:r>
      <w:proofErr w:type="spellEnd"/>
      <w:r>
        <w:t xml:space="preserve"> biennale e </w:t>
      </w:r>
      <w:proofErr w:type="spellStart"/>
      <w:r>
        <w:t>consecutiva</w:t>
      </w:r>
      <w:proofErr w:type="spellEnd"/>
      <w:r>
        <w:t xml:space="preserve"> </w:t>
      </w:r>
      <w:proofErr w:type="spellStart"/>
      <w:r>
        <w:t>negli</w:t>
      </w:r>
      <w:proofErr w:type="spellEnd"/>
      <w:r>
        <w:t xml:space="preserve"> </w:t>
      </w:r>
      <w:proofErr w:type="spellStart"/>
      <w:r>
        <w:t>ultimi</w:t>
      </w:r>
      <w:proofErr w:type="spellEnd"/>
      <w:r>
        <w:t xml:space="preserve"> 5 anni </w:t>
      </w:r>
      <w:proofErr w:type="spellStart"/>
      <w:r>
        <w:t>nella</w:t>
      </w:r>
      <w:proofErr w:type="spellEnd"/>
      <w:r>
        <w:t xml:space="preserve"> </w:t>
      </w:r>
      <w:proofErr w:type="spellStart"/>
      <w:r>
        <w:t>gestione</w:t>
      </w:r>
      <w:proofErr w:type="spellEnd"/>
      <w:r>
        <w:t xml:space="preserve"> di </w:t>
      </w:r>
      <w:proofErr w:type="spellStart"/>
      <w:r>
        <w:t>servizi</w:t>
      </w:r>
      <w:proofErr w:type="spellEnd"/>
      <w:r>
        <w:t xml:space="preserve"> di </w:t>
      </w:r>
      <w:proofErr w:type="spellStart"/>
      <w:r>
        <w:t>accoglienza</w:t>
      </w:r>
      <w:proofErr w:type="spellEnd"/>
      <w:r>
        <w:t xml:space="preserve"> </w:t>
      </w:r>
      <w:proofErr w:type="spellStart"/>
      <w:r>
        <w:t>integrata</w:t>
      </w:r>
      <w:proofErr w:type="spellEnd"/>
      <w:r>
        <w:t xml:space="preserve"> a </w:t>
      </w:r>
      <w:proofErr w:type="spellStart"/>
      <w:r>
        <w:t>favore</w:t>
      </w:r>
      <w:proofErr w:type="spellEnd"/>
      <w:r>
        <w:t xml:space="preserve"> di </w:t>
      </w:r>
      <w:proofErr w:type="spellStart"/>
      <w:r>
        <w:t>richiedenti</w:t>
      </w:r>
      <w:proofErr w:type="spellEnd"/>
      <w:r>
        <w:t xml:space="preserve"> e/o </w:t>
      </w:r>
      <w:proofErr w:type="spellStart"/>
      <w:r>
        <w:t>titolari</w:t>
      </w:r>
      <w:proofErr w:type="spellEnd"/>
      <w:r>
        <w:t xml:space="preserve"> di </w:t>
      </w:r>
      <w:proofErr w:type="spellStart"/>
      <w:r>
        <w:t>protezione</w:t>
      </w:r>
      <w:proofErr w:type="spellEnd"/>
      <w:r>
        <w:t xml:space="preserve"> </w:t>
      </w:r>
      <w:proofErr w:type="spellStart"/>
      <w:r>
        <w:t>internazionale</w:t>
      </w:r>
      <w:proofErr w:type="spellEnd"/>
      <w:r>
        <w:t xml:space="preserve">, </w:t>
      </w:r>
      <w:proofErr w:type="spellStart"/>
      <w:r>
        <w:t>nell'ambito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Rete SAI o di </w:t>
      </w:r>
      <w:proofErr w:type="spellStart"/>
      <w:r>
        <w:t>sistemi</w:t>
      </w:r>
      <w:proofErr w:type="spellEnd"/>
      <w:r>
        <w:t xml:space="preserve"> </w:t>
      </w:r>
      <w:proofErr w:type="spellStart"/>
      <w:r>
        <w:t>analoghi</w:t>
      </w:r>
      <w:proofErr w:type="spellEnd"/>
      <w:r>
        <w:t xml:space="preserve">, con </w:t>
      </w:r>
      <w:proofErr w:type="spellStart"/>
      <w:r>
        <w:t>specifico</w:t>
      </w:r>
      <w:proofErr w:type="spellEnd"/>
      <w:r>
        <w:t xml:space="preserve"> </w:t>
      </w:r>
      <w:proofErr w:type="spellStart"/>
      <w:r>
        <w:t>riferimento</w:t>
      </w:r>
      <w:proofErr w:type="spellEnd"/>
      <w:r>
        <w:t xml:space="preserve"> ai </w:t>
      </w:r>
      <w:proofErr w:type="spellStart"/>
      <w:r>
        <w:t>soggetti</w:t>
      </w:r>
      <w:proofErr w:type="spellEnd"/>
      <w:r>
        <w:t xml:space="preserve"> </w:t>
      </w:r>
      <w:proofErr w:type="spellStart"/>
      <w:r>
        <w:t>vulnerabili</w:t>
      </w:r>
      <w:proofErr w:type="spellEnd"/>
      <w:r>
        <w:t>;</w:t>
      </w:r>
    </w:p>
    <w:p w14:paraId="6CDDC293" w14:textId="68296F47" w:rsidR="008C61A6" w:rsidRDefault="00000000">
      <w:pPr>
        <w:pStyle w:val="Puntoelenco"/>
        <w:spacing w:after="60"/>
        <w:jc w:val="both"/>
      </w:pPr>
      <w:r>
        <w:t xml:space="preserve">Di </w:t>
      </w:r>
      <w:proofErr w:type="spellStart"/>
      <w:r>
        <w:t>disporre</w:t>
      </w:r>
      <w:proofErr w:type="spellEnd"/>
      <w:r>
        <w:t xml:space="preserve"> (</w:t>
      </w:r>
      <w:proofErr w:type="spellStart"/>
      <w:r>
        <w:t>ovvero</w:t>
      </w:r>
      <w:proofErr w:type="spellEnd"/>
      <w:r>
        <w:t xml:space="preserve"> di </w:t>
      </w:r>
      <w:proofErr w:type="spellStart"/>
      <w:r>
        <w:t>garantire</w:t>
      </w:r>
      <w:proofErr w:type="spellEnd"/>
      <w:r>
        <w:t xml:space="preserve"> </w:t>
      </w:r>
      <w:proofErr w:type="spellStart"/>
      <w:r>
        <w:t>l'apporto</w:t>
      </w:r>
      <w:proofErr w:type="spellEnd"/>
      <w:r>
        <w:t xml:space="preserve"> pro-quota/</w:t>
      </w:r>
      <w:proofErr w:type="spellStart"/>
      <w:r>
        <w:t>cumulativo</w:t>
      </w:r>
      <w:proofErr w:type="spellEnd"/>
      <w:r>
        <w:t xml:space="preserve"> </w:t>
      </w:r>
      <w:proofErr w:type="spellStart"/>
      <w:r>
        <w:t>nell'ambito</w:t>
      </w:r>
      <w:proofErr w:type="spellEnd"/>
      <w:r>
        <w:t xml:space="preserve"> del RTI o di </w:t>
      </w:r>
      <w:proofErr w:type="spellStart"/>
      <w:r>
        <w:t>assumere</w:t>
      </w:r>
      <w:proofErr w:type="spellEnd"/>
      <w:r>
        <w:t xml:space="preserve"> </w:t>
      </w:r>
      <w:proofErr w:type="spellStart"/>
      <w:r>
        <w:t>formale</w:t>
      </w:r>
      <w:proofErr w:type="spellEnd"/>
      <w:r>
        <w:t xml:space="preserve"> </w:t>
      </w:r>
      <w:proofErr w:type="spellStart"/>
      <w:r>
        <w:t>impegno</w:t>
      </w:r>
      <w:proofErr w:type="spellEnd"/>
      <w:r>
        <w:t xml:space="preserve"> a </w:t>
      </w:r>
      <w:proofErr w:type="spellStart"/>
      <w:r>
        <w:t>stipulare</w:t>
      </w:r>
      <w:proofErr w:type="spellEnd"/>
      <w:r>
        <w:t xml:space="preserve"> </w:t>
      </w:r>
      <w:proofErr w:type="spellStart"/>
      <w:r>
        <w:t>entro</w:t>
      </w:r>
      <w:proofErr w:type="spellEnd"/>
      <w:r>
        <w:t xml:space="preserve"> </w:t>
      </w:r>
      <w:proofErr w:type="spellStart"/>
      <w:r>
        <w:t>l'avvio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attività</w:t>
      </w:r>
      <w:proofErr w:type="spellEnd"/>
      <w:r>
        <w:t xml:space="preserve">) di </w:t>
      </w:r>
      <w:proofErr w:type="spellStart"/>
      <w:r>
        <w:t>idonee</w:t>
      </w:r>
      <w:proofErr w:type="spellEnd"/>
      <w:r>
        <w:t xml:space="preserve"> </w:t>
      </w:r>
      <w:proofErr w:type="spellStart"/>
      <w:r>
        <w:t>autorizzate</w:t>
      </w:r>
      <w:proofErr w:type="spellEnd"/>
      <w:r>
        <w:t xml:space="preserve"> </w:t>
      </w:r>
      <w:proofErr w:type="spellStart"/>
      <w:r>
        <w:t>strutture</w:t>
      </w:r>
      <w:proofErr w:type="spellEnd"/>
      <w:r>
        <w:t xml:space="preserve"> per </w:t>
      </w:r>
      <w:proofErr w:type="spellStart"/>
      <w:r>
        <w:t>l'accoglienza</w:t>
      </w:r>
      <w:proofErr w:type="spellEnd"/>
      <w:r>
        <w:t xml:space="preserve"> </w:t>
      </w:r>
      <w:proofErr w:type="spellStart"/>
      <w:r>
        <w:t>ad</w:t>
      </w:r>
      <w:proofErr w:type="spellEnd"/>
      <w:r>
        <w:t xml:space="preserve"> </w:t>
      </w:r>
      <w:proofErr w:type="spellStart"/>
      <w:r>
        <w:t>uso</w:t>
      </w:r>
      <w:proofErr w:type="spellEnd"/>
      <w:r>
        <w:t xml:space="preserve"> </w:t>
      </w:r>
      <w:proofErr w:type="spellStart"/>
      <w:r>
        <w:t>residenziale</w:t>
      </w:r>
      <w:proofErr w:type="spellEnd"/>
      <w:r>
        <w:t xml:space="preserve"> e/o civile </w:t>
      </w:r>
      <w:proofErr w:type="spellStart"/>
      <w:r>
        <w:t>abitazione</w:t>
      </w:r>
      <w:proofErr w:type="spellEnd"/>
      <w:r>
        <w:t xml:space="preserve">, ubicate </w:t>
      </w:r>
      <w:proofErr w:type="spellStart"/>
      <w:r>
        <w:t>nel</w:t>
      </w:r>
      <w:proofErr w:type="spellEnd"/>
      <w:r>
        <w:t xml:space="preserve"> </w:t>
      </w:r>
      <w:proofErr w:type="spellStart"/>
      <w:r>
        <w:t>territorio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Comuni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Provincia</w:t>
      </w:r>
      <w:proofErr w:type="spellEnd"/>
      <w:r>
        <w:t xml:space="preserve"> di Matera </w:t>
      </w:r>
      <w:proofErr w:type="spellStart"/>
      <w:r>
        <w:t>aderenti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Rete SAI Provinciale, </w:t>
      </w:r>
      <w:proofErr w:type="spellStart"/>
      <w:r>
        <w:t>conformi</w:t>
      </w:r>
      <w:proofErr w:type="spellEnd"/>
      <w:r>
        <w:t xml:space="preserve"> ai </w:t>
      </w:r>
      <w:proofErr w:type="spellStart"/>
      <w:r>
        <w:t>requisiti</w:t>
      </w:r>
      <w:proofErr w:type="spellEnd"/>
      <w:r>
        <w:t xml:space="preserve"> </w:t>
      </w:r>
      <w:proofErr w:type="spellStart"/>
      <w:r>
        <w:t>previsti</w:t>
      </w:r>
      <w:proofErr w:type="spellEnd"/>
      <w:r>
        <w:t xml:space="preserve"> </w:t>
      </w:r>
      <w:proofErr w:type="spellStart"/>
      <w:r>
        <w:t>dall'art</w:t>
      </w:r>
      <w:proofErr w:type="spellEnd"/>
      <w:r>
        <w:t xml:space="preserve">. 19 del D.M. 18/11/2019, ed </w:t>
      </w:r>
      <w:proofErr w:type="spellStart"/>
      <w:r>
        <w:t>idonee</w:t>
      </w:r>
      <w:proofErr w:type="spellEnd"/>
      <w:r>
        <w:t>/</w:t>
      </w:r>
      <w:proofErr w:type="spellStart"/>
      <w:r>
        <w:t>autorizzate</w:t>
      </w:r>
      <w:proofErr w:type="spellEnd"/>
      <w:r>
        <w:t xml:space="preserve"> </w:t>
      </w:r>
      <w:proofErr w:type="spellStart"/>
      <w:r>
        <w:t>entro</w:t>
      </w:r>
      <w:proofErr w:type="spellEnd"/>
      <w:r>
        <w:t xml:space="preserve"> la data di </w:t>
      </w:r>
      <w:proofErr w:type="spellStart"/>
      <w:r>
        <w:t>avvio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servizi</w:t>
      </w:r>
      <w:proofErr w:type="spellEnd"/>
      <w:r>
        <w:t>.</w:t>
      </w:r>
    </w:p>
    <w:p w14:paraId="127E75EB" w14:textId="14ACF330" w:rsidR="008C61A6" w:rsidRDefault="00000000">
      <w:pPr>
        <w:spacing w:before="160" w:after="80"/>
      </w:pPr>
      <w:r>
        <w:rPr>
          <w:b/>
          <w:color w:val="4682B4"/>
        </w:rPr>
        <w:t>DICHIARA INOLTRE:</w:t>
      </w:r>
    </w:p>
    <w:p w14:paraId="187E7D3C" w14:textId="77777777" w:rsidR="008C61A6" w:rsidRDefault="00000000">
      <w:pPr>
        <w:pStyle w:val="Puntoelenco"/>
        <w:spacing w:after="60"/>
        <w:jc w:val="both"/>
      </w:pPr>
      <w:r>
        <w:t xml:space="preserve">di aver </w:t>
      </w:r>
      <w:proofErr w:type="spellStart"/>
      <w:r>
        <w:t>preso</w:t>
      </w:r>
      <w:proofErr w:type="spellEnd"/>
      <w:r>
        <w:t xml:space="preserve"> </w:t>
      </w:r>
      <w:proofErr w:type="spellStart"/>
      <w:r>
        <w:t>visione</w:t>
      </w:r>
      <w:proofErr w:type="spellEnd"/>
      <w:r>
        <w:t xml:space="preserve"> </w:t>
      </w:r>
      <w:proofErr w:type="spellStart"/>
      <w:r>
        <w:t>integrale</w:t>
      </w:r>
      <w:proofErr w:type="spellEnd"/>
      <w:r>
        <w:t xml:space="preserve"> </w:t>
      </w:r>
      <w:proofErr w:type="spellStart"/>
      <w:r>
        <w:t>dell'Avviso</w:t>
      </w:r>
      <w:proofErr w:type="spellEnd"/>
      <w:r>
        <w:t xml:space="preserve"> </w:t>
      </w:r>
      <w:proofErr w:type="spellStart"/>
      <w:r>
        <w:t>pubblico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Provincia</w:t>
      </w:r>
      <w:proofErr w:type="spellEnd"/>
      <w:r>
        <w:t xml:space="preserve"> di Matera e di </w:t>
      </w:r>
      <w:proofErr w:type="spellStart"/>
      <w:r>
        <w:t>accettarne</w:t>
      </w:r>
      <w:proofErr w:type="spellEnd"/>
      <w:r>
        <w:t xml:space="preserve"> </w:t>
      </w:r>
      <w:proofErr w:type="spellStart"/>
      <w:r>
        <w:t>incondizionatamente</w:t>
      </w:r>
      <w:proofErr w:type="spellEnd"/>
      <w:r>
        <w:t xml:space="preserve"> </w:t>
      </w:r>
      <w:proofErr w:type="spellStart"/>
      <w:r>
        <w:t>tutte</w:t>
      </w:r>
      <w:proofErr w:type="spellEnd"/>
      <w:r>
        <w:t xml:space="preserve"> le </w:t>
      </w:r>
      <w:proofErr w:type="spellStart"/>
      <w:r>
        <w:t>norme</w:t>
      </w:r>
      <w:proofErr w:type="spellEnd"/>
      <w:r>
        <w:t xml:space="preserve"> e </w:t>
      </w:r>
      <w:proofErr w:type="spellStart"/>
      <w:r>
        <w:t>condizioni</w:t>
      </w:r>
      <w:proofErr w:type="spellEnd"/>
      <w:r>
        <w:t>;</w:t>
      </w:r>
    </w:p>
    <w:p w14:paraId="47971780" w14:textId="77777777" w:rsidR="008C61A6" w:rsidRDefault="00000000">
      <w:pPr>
        <w:pStyle w:val="Puntoelenco"/>
        <w:spacing w:after="60"/>
        <w:jc w:val="both"/>
      </w:pPr>
      <w:r>
        <w:t xml:space="preserve">in </w:t>
      </w:r>
      <w:proofErr w:type="spellStart"/>
      <w:r>
        <w:t>caso</w:t>
      </w:r>
      <w:proofErr w:type="spellEnd"/>
      <w:r>
        <w:t xml:space="preserve"> di </w:t>
      </w:r>
      <w:proofErr w:type="spellStart"/>
      <w:r>
        <w:t>partecipazione</w:t>
      </w:r>
      <w:proofErr w:type="spellEnd"/>
      <w:r>
        <w:t xml:space="preserve"> in RTI/ATS </w:t>
      </w:r>
      <w:proofErr w:type="spellStart"/>
      <w:r>
        <w:t>costituendo</w:t>
      </w:r>
      <w:proofErr w:type="spellEnd"/>
      <w:r>
        <w:t xml:space="preserve">: di </w:t>
      </w:r>
      <w:proofErr w:type="spellStart"/>
      <w:r>
        <w:t>impegnarsi</w:t>
      </w:r>
      <w:proofErr w:type="spellEnd"/>
      <w:r>
        <w:t xml:space="preserve"> </w:t>
      </w:r>
      <w:proofErr w:type="spellStart"/>
      <w:r>
        <w:t>formalmente</w:t>
      </w:r>
      <w:proofErr w:type="spellEnd"/>
      <w:r>
        <w:t xml:space="preserve">, in </w:t>
      </w:r>
      <w:proofErr w:type="spellStart"/>
      <w:r>
        <w:t>caso</w:t>
      </w:r>
      <w:proofErr w:type="spellEnd"/>
      <w:r>
        <w:t xml:space="preserve"> di </w:t>
      </w:r>
      <w:proofErr w:type="spellStart"/>
      <w:r>
        <w:t>individuazione</w:t>
      </w:r>
      <w:proofErr w:type="spellEnd"/>
      <w:r>
        <w:t xml:space="preserve">, a </w:t>
      </w:r>
      <w:proofErr w:type="spellStart"/>
      <w:r>
        <w:t>conferire</w:t>
      </w:r>
      <w:proofErr w:type="spellEnd"/>
      <w:r>
        <w:t xml:space="preserve"> </w:t>
      </w:r>
      <w:proofErr w:type="spellStart"/>
      <w:r>
        <w:t>mandato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speciale</w:t>
      </w:r>
      <w:proofErr w:type="spellEnd"/>
      <w:r>
        <w:t xml:space="preserve"> con </w:t>
      </w:r>
      <w:proofErr w:type="spellStart"/>
      <w:r>
        <w:t>rappresentanza</w:t>
      </w:r>
      <w:proofErr w:type="spellEnd"/>
      <w:r>
        <w:t xml:space="preserve"> </w:t>
      </w:r>
      <w:proofErr w:type="spellStart"/>
      <w:r>
        <w:t>all'Ente</w:t>
      </w:r>
      <w:proofErr w:type="spellEnd"/>
      <w:r>
        <w:t xml:space="preserve"> </w:t>
      </w:r>
      <w:proofErr w:type="spellStart"/>
      <w:r>
        <w:t>designato</w:t>
      </w:r>
      <w:proofErr w:type="spellEnd"/>
      <w:r>
        <w:t xml:space="preserve"> </w:t>
      </w:r>
      <w:r>
        <w:lastRenderedPageBreak/>
        <w:t xml:space="preserve">quale </w:t>
      </w:r>
      <w:proofErr w:type="spellStart"/>
      <w:r>
        <w:t>Capogruppo</w:t>
      </w:r>
      <w:proofErr w:type="spellEnd"/>
      <w:r>
        <w:t>/</w:t>
      </w:r>
      <w:proofErr w:type="spellStart"/>
      <w:r>
        <w:t>Mandatario</w:t>
      </w:r>
      <w:proofErr w:type="spellEnd"/>
      <w:r>
        <w:t xml:space="preserve">, il quale </w:t>
      </w:r>
      <w:proofErr w:type="spellStart"/>
      <w:r>
        <w:t>stipulerà</w:t>
      </w:r>
      <w:proofErr w:type="spellEnd"/>
      <w:r>
        <w:t xml:space="preserve"> la </w:t>
      </w:r>
      <w:proofErr w:type="spellStart"/>
      <w:r>
        <w:t>Convenzione</w:t>
      </w:r>
      <w:proofErr w:type="spellEnd"/>
      <w:r>
        <w:t xml:space="preserve"> in </w:t>
      </w:r>
      <w:proofErr w:type="spellStart"/>
      <w:r>
        <w:t>nome</w:t>
      </w:r>
      <w:proofErr w:type="spellEnd"/>
      <w:r>
        <w:t xml:space="preserve"> e per </w:t>
      </w:r>
      <w:proofErr w:type="spellStart"/>
      <w:r>
        <w:t>conto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componenti</w:t>
      </w:r>
      <w:proofErr w:type="spellEnd"/>
      <w:r>
        <w:t>;</w:t>
      </w:r>
    </w:p>
    <w:p w14:paraId="0A6D65E4" w14:textId="77777777" w:rsidR="008C61A6" w:rsidRDefault="00000000">
      <w:pPr>
        <w:pStyle w:val="Puntoelenco"/>
        <w:spacing w:after="60"/>
        <w:jc w:val="both"/>
      </w:pPr>
      <w:r>
        <w:t xml:space="preserve">in </w:t>
      </w:r>
      <w:proofErr w:type="spellStart"/>
      <w:r>
        <w:t>caso</w:t>
      </w:r>
      <w:proofErr w:type="spellEnd"/>
      <w:r>
        <w:t xml:space="preserve"> di </w:t>
      </w:r>
      <w:proofErr w:type="spellStart"/>
      <w:r>
        <w:t>partecipazione</w:t>
      </w:r>
      <w:proofErr w:type="spellEnd"/>
      <w:r>
        <w:t xml:space="preserve"> in RTI/ATS </w:t>
      </w:r>
      <w:proofErr w:type="spellStart"/>
      <w:r>
        <w:t>già</w:t>
      </w:r>
      <w:proofErr w:type="spellEnd"/>
      <w:r>
        <w:t xml:space="preserve"> </w:t>
      </w:r>
      <w:proofErr w:type="spellStart"/>
      <w:r>
        <w:t>costituito</w:t>
      </w:r>
      <w:proofErr w:type="spellEnd"/>
      <w:r>
        <w:t xml:space="preserve">: di </w:t>
      </w:r>
      <w:proofErr w:type="spellStart"/>
      <w:r>
        <w:t>allegare</w:t>
      </w:r>
      <w:proofErr w:type="spellEnd"/>
      <w:r>
        <w:t xml:space="preserve"> </w:t>
      </w:r>
      <w:proofErr w:type="spellStart"/>
      <w:r>
        <w:t>l'atto</w:t>
      </w:r>
      <w:proofErr w:type="spellEnd"/>
      <w:r>
        <w:t xml:space="preserve"> </w:t>
      </w:r>
      <w:proofErr w:type="spellStart"/>
      <w:r>
        <w:t>costitutivo</w:t>
      </w:r>
      <w:proofErr w:type="spellEnd"/>
      <w:r>
        <w:t xml:space="preserve"> o la </w:t>
      </w:r>
      <w:proofErr w:type="spellStart"/>
      <w:r>
        <w:t>scrittura</w:t>
      </w:r>
      <w:proofErr w:type="spellEnd"/>
      <w:r>
        <w:t xml:space="preserve"> </w:t>
      </w:r>
      <w:proofErr w:type="spellStart"/>
      <w:r>
        <w:t>privata</w:t>
      </w:r>
      <w:proofErr w:type="spellEnd"/>
      <w:r>
        <w:t xml:space="preserve"> </w:t>
      </w:r>
      <w:proofErr w:type="spellStart"/>
      <w:r>
        <w:t>autenticata</w:t>
      </w:r>
      <w:proofErr w:type="spellEnd"/>
      <w:r>
        <w:t xml:space="preserve"> </w:t>
      </w:r>
      <w:proofErr w:type="spellStart"/>
      <w:r>
        <w:t>contenente</w:t>
      </w:r>
      <w:proofErr w:type="spellEnd"/>
      <w:r>
        <w:t xml:space="preserve"> il </w:t>
      </w:r>
      <w:proofErr w:type="spellStart"/>
      <w:r>
        <w:t>mandato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speciale</w:t>
      </w:r>
      <w:proofErr w:type="spellEnd"/>
      <w:r>
        <w:t xml:space="preserve"> al </w:t>
      </w:r>
      <w:proofErr w:type="spellStart"/>
      <w:r>
        <w:t>Legale</w:t>
      </w:r>
      <w:proofErr w:type="spellEnd"/>
      <w:r>
        <w:t xml:space="preserve"> </w:t>
      </w:r>
      <w:proofErr w:type="spellStart"/>
      <w:r>
        <w:t>Rappresentante</w:t>
      </w:r>
      <w:proofErr w:type="spellEnd"/>
      <w:r>
        <w:t xml:space="preserve"> </w:t>
      </w:r>
      <w:proofErr w:type="spellStart"/>
      <w:r>
        <w:t>dell'Ente</w:t>
      </w:r>
      <w:proofErr w:type="spellEnd"/>
      <w:r>
        <w:t xml:space="preserve"> </w:t>
      </w:r>
      <w:proofErr w:type="spellStart"/>
      <w:r>
        <w:t>Capogruppo</w:t>
      </w:r>
      <w:proofErr w:type="spellEnd"/>
      <w:r>
        <w:t>;</w:t>
      </w:r>
    </w:p>
    <w:p w14:paraId="21EA8DE2" w14:textId="77777777" w:rsidR="008C61A6" w:rsidRDefault="00000000">
      <w:pPr>
        <w:pStyle w:val="Puntoelenco"/>
        <w:spacing w:after="60"/>
        <w:jc w:val="both"/>
      </w:pPr>
      <w:r>
        <w:t xml:space="preserve">di non </w:t>
      </w:r>
      <w:proofErr w:type="spellStart"/>
      <w:r>
        <w:t>partecipare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procedura</w:t>
      </w:r>
      <w:proofErr w:type="spellEnd"/>
      <w:r>
        <w:t xml:space="preserve"> in </w:t>
      </w:r>
      <w:proofErr w:type="spellStart"/>
      <w:r>
        <w:t>più</w:t>
      </w:r>
      <w:proofErr w:type="spellEnd"/>
      <w:r>
        <w:t xml:space="preserve"> di un </w:t>
      </w:r>
      <w:proofErr w:type="spellStart"/>
      <w:r>
        <w:t>Raggruppamento</w:t>
      </w:r>
      <w:proofErr w:type="spellEnd"/>
      <w:r>
        <w:t xml:space="preserve"> </w:t>
      </w:r>
      <w:proofErr w:type="spellStart"/>
      <w:r>
        <w:t>Temporaneo</w:t>
      </w:r>
      <w:proofErr w:type="spellEnd"/>
      <w:r>
        <w:t xml:space="preserve"> o </w:t>
      </w:r>
      <w:proofErr w:type="spellStart"/>
      <w:r>
        <w:t>Consorzio</w:t>
      </w:r>
      <w:proofErr w:type="spellEnd"/>
      <w:r>
        <w:t xml:space="preserve">, né </w:t>
      </w:r>
      <w:proofErr w:type="spellStart"/>
      <w:r>
        <w:t>individuale</w:t>
      </w:r>
      <w:proofErr w:type="spellEnd"/>
      <w:r>
        <w:t xml:space="preserve"> e </w:t>
      </w:r>
      <w:proofErr w:type="spellStart"/>
      <w:r>
        <w:t>contemporaneamente</w:t>
      </w:r>
      <w:proofErr w:type="spellEnd"/>
      <w:r>
        <w:t xml:space="preserve"> in forma </w:t>
      </w:r>
      <w:proofErr w:type="spellStart"/>
      <w:r>
        <w:t>associata</w:t>
      </w:r>
      <w:proofErr w:type="spellEnd"/>
      <w:r>
        <w:t xml:space="preserve">, a </w:t>
      </w:r>
      <w:proofErr w:type="spellStart"/>
      <w:r>
        <w:t>pena</w:t>
      </w:r>
      <w:proofErr w:type="spellEnd"/>
      <w:r>
        <w:t xml:space="preserve"> di </w:t>
      </w:r>
      <w:proofErr w:type="spellStart"/>
      <w:r>
        <w:t>esclusione</w:t>
      </w:r>
      <w:proofErr w:type="spellEnd"/>
      <w:r>
        <w:t xml:space="preserve"> di tutti </w:t>
      </w:r>
      <w:proofErr w:type="spellStart"/>
      <w:r>
        <w:t>i</w:t>
      </w:r>
      <w:proofErr w:type="spellEnd"/>
      <w:r>
        <w:t xml:space="preserve"> </w:t>
      </w:r>
      <w:proofErr w:type="spellStart"/>
      <w:r>
        <w:t>soggetti</w:t>
      </w:r>
      <w:proofErr w:type="spellEnd"/>
      <w:r>
        <w:t xml:space="preserve"> </w:t>
      </w:r>
      <w:proofErr w:type="spellStart"/>
      <w:r>
        <w:t>coinvolti</w:t>
      </w:r>
      <w:proofErr w:type="spellEnd"/>
      <w:r>
        <w:t>;</w:t>
      </w:r>
    </w:p>
    <w:p w14:paraId="3E51D777" w14:textId="77777777" w:rsidR="008C61A6" w:rsidRDefault="00000000">
      <w:pPr>
        <w:pStyle w:val="Puntoelenco"/>
        <w:spacing w:after="60"/>
        <w:jc w:val="both"/>
      </w:pPr>
      <w:r>
        <w:t xml:space="preserve">di </w:t>
      </w:r>
      <w:proofErr w:type="spellStart"/>
      <w:r>
        <w:t>accettare</w:t>
      </w:r>
      <w:proofErr w:type="spellEnd"/>
      <w:r>
        <w:t xml:space="preserve"> la </w:t>
      </w:r>
      <w:proofErr w:type="spellStart"/>
      <w:r>
        <w:t>clausola</w:t>
      </w:r>
      <w:proofErr w:type="spellEnd"/>
      <w:r>
        <w:t xml:space="preserve"> di </w:t>
      </w:r>
      <w:proofErr w:type="spellStart"/>
      <w:r>
        <w:t>invarianza</w:t>
      </w:r>
      <w:proofErr w:type="spellEnd"/>
      <w:r>
        <w:t xml:space="preserve"> </w:t>
      </w:r>
      <w:proofErr w:type="spellStart"/>
      <w:r>
        <w:t>finanziaria</w:t>
      </w:r>
      <w:proofErr w:type="spellEnd"/>
      <w:r>
        <w:t xml:space="preserve">, </w:t>
      </w:r>
      <w:proofErr w:type="spellStart"/>
      <w:r>
        <w:t>prendendo</w:t>
      </w:r>
      <w:proofErr w:type="spellEnd"/>
      <w:r>
        <w:t xml:space="preserve"> </w:t>
      </w:r>
      <w:proofErr w:type="spellStart"/>
      <w:r>
        <w:t>atto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la </w:t>
      </w:r>
      <w:proofErr w:type="spellStart"/>
      <w:r>
        <w:t>procedura</w:t>
      </w:r>
      <w:proofErr w:type="spellEnd"/>
      <w:r>
        <w:t xml:space="preserve"> e la </w:t>
      </w:r>
      <w:proofErr w:type="spellStart"/>
      <w:r>
        <w:t>gestione</w:t>
      </w:r>
      <w:proofErr w:type="spellEnd"/>
      <w:r>
        <w:t xml:space="preserve"> non </w:t>
      </w:r>
      <w:proofErr w:type="spellStart"/>
      <w:r>
        <w:t>comportano</w:t>
      </w:r>
      <w:proofErr w:type="spellEnd"/>
      <w:r>
        <w:t xml:space="preserve"> né </w:t>
      </w:r>
      <w:proofErr w:type="spellStart"/>
      <w:r>
        <w:t>potranno</w:t>
      </w:r>
      <w:proofErr w:type="spellEnd"/>
      <w:r>
        <w:t xml:space="preserve"> </w:t>
      </w:r>
      <w:proofErr w:type="spellStart"/>
      <w:r>
        <w:t>comportare</w:t>
      </w:r>
      <w:proofErr w:type="spellEnd"/>
      <w:r>
        <w:t xml:space="preserve"> </w:t>
      </w:r>
      <w:proofErr w:type="spellStart"/>
      <w:r>
        <w:t>impegni</w:t>
      </w:r>
      <w:proofErr w:type="spellEnd"/>
      <w:r>
        <w:t xml:space="preserve"> di </w:t>
      </w:r>
      <w:proofErr w:type="spellStart"/>
      <w:r>
        <w:t>spesa</w:t>
      </w:r>
      <w:proofErr w:type="spellEnd"/>
      <w:r>
        <w:t xml:space="preserve"> </w:t>
      </w:r>
      <w:proofErr w:type="spellStart"/>
      <w:r>
        <w:t>sul</w:t>
      </w:r>
      <w:proofErr w:type="spellEnd"/>
      <w:r>
        <w:t xml:space="preserve"> </w:t>
      </w:r>
      <w:proofErr w:type="spellStart"/>
      <w:r>
        <w:t>bilancio</w:t>
      </w:r>
      <w:proofErr w:type="spellEnd"/>
      <w:r>
        <w:t xml:space="preserve"> </w:t>
      </w:r>
      <w:proofErr w:type="spellStart"/>
      <w:r>
        <w:t>autonomo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Provincia</w:t>
      </w:r>
      <w:proofErr w:type="spellEnd"/>
      <w:r>
        <w:t xml:space="preserve"> di Matera;</w:t>
      </w:r>
    </w:p>
    <w:p w14:paraId="64C3CB31" w14:textId="77777777" w:rsidR="008C61A6" w:rsidRDefault="00000000">
      <w:pPr>
        <w:pStyle w:val="Puntoelenco"/>
        <w:spacing w:after="60"/>
        <w:jc w:val="both"/>
      </w:pPr>
      <w:r>
        <w:t xml:space="preserve">di </w:t>
      </w:r>
      <w:proofErr w:type="spellStart"/>
      <w:r>
        <w:t>presentare</w:t>
      </w:r>
      <w:proofErr w:type="spellEnd"/>
      <w:r>
        <w:t xml:space="preserve"> </w:t>
      </w:r>
      <w:proofErr w:type="spellStart"/>
      <w:r>
        <w:t>contestualmente</w:t>
      </w:r>
      <w:proofErr w:type="spellEnd"/>
      <w:r>
        <w:t xml:space="preserve"> la </w:t>
      </w:r>
      <w:proofErr w:type="spellStart"/>
      <w:r>
        <w:t>Proposta</w:t>
      </w:r>
      <w:proofErr w:type="spellEnd"/>
      <w:r>
        <w:t xml:space="preserve"> </w:t>
      </w:r>
      <w:proofErr w:type="spellStart"/>
      <w:r>
        <w:t>progettuale</w:t>
      </w:r>
      <w:proofErr w:type="spellEnd"/>
      <w:r>
        <w:t xml:space="preserve"> (</w:t>
      </w:r>
      <w:proofErr w:type="spellStart"/>
      <w:r>
        <w:t>Allegato</w:t>
      </w:r>
      <w:proofErr w:type="spellEnd"/>
      <w:r>
        <w:t xml:space="preserve"> B), </w:t>
      </w:r>
      <w:proofErr w:type="spellStart"/>
      <w:r>
        <w:t>sottoscritta</w:t>
      </w:r>
      <w:proofErr w:type="spellEnd"/>
      <w:r>
        <w:t xml:space="preserve"> </w:t>
      </w:r>
      <w:proofErr w:type="spellStart"/>
      <w:r>
        <w:t>digitalmente</w:t>
      </w:r>
      <w:proofErr w:type="spellEnd"/>
      <w:r>
        <w:t xml:space="preserve"> </w:t>
      </w:r>
      <w:proofErr w:type="spellStart"/>
      <w:r>
        <w:t>dai</w:t>
      </w:r>
      <w:proofErr w:type="spellEnd"/>
      <w:r>
        <w:t xml:space="preserve"> </w:t>
      </w:r>
      <w:proofErr w:type="spellStart"/>
      <w:r>
        <w:t>legali</w:t>
      </w:r>
      <w:proofErr w:type="spellEnd"/>
      <w:r>
        <w:t xml:space="preserve"> </w:t>
      </w:r>
      <w:proofErr w:type="spellStart"/>
      <w:r>
        <w:t>rappresentanti</w:t>
      </w:r>
      <w:proofErr w:type="spellEnd"/>
      <w:r>
        <w:t xml:space="preserve"> di tutti </w:t>
      </w:r>
      <w:proofErr w:type="spellStart"/>
      <w:r>
        <w:t>i</w:t>
      </w:r>
      <w:proofErr w:type="spellEnd"/>
      <w:r>
        <w:t xml:space="preserve"> </w:t>
      </w:r>
      <w:proofErr w:type="spellStart"/>
      <w:r>
        <w:t>soggetti</w:t>
      </w:r>
      <w:proofErr w:type="spellEnd"/>
      <w:r>
        <w:t xml:space="preserve"> </w:t>
      </w:r>
      <w:proofErr w:type="spellStart"/>
      <w:r>
        <w:t>componenti</w:t>
      </w:r>
      <w:proofErr w:type="spellEnd"/>
      <w:r>
        <w:t xml:space="preserve"> il </w:t>
      </w:r>
      <w:proofErr w:type="spellStart"/>
      <w:r>
        <w:t>raggruppamento</w:t>
      </w:r>
      <w:proofErr w:type="spellEnd"/>
      <w:r>
        <w:t>;</w:t>
      </w:r>
    </w:p>
    <w:p w14:paraId="46570445" w14:textId="77777777" w:rsidR="008C61A6" w:rsidRDefault="00000000">
      <w:pPr>
        <w:pStyle w:val="Puntoelenco"/>
        <w:spacing w:after="60"/>
        <w:jc w:val="both"/>
      </w:pPr>
      <w:r>
        <w:t xml:space="preserve">di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consapevole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in </w:t>
      </w:r>
      <w:proofErr w:type="spellStart"/>
      <w:r>
        <w:t>caso</w:t>
      </w:r>
      <w:proofErr w:type="spellEnd"/>
      <w:r>
        <w:t xml:space="preserve"> di </w:t>
      </w:r>
      <w:proofErr w:type="spellStart"/>
      <w:r>
        <w:t>dichiarazioni</w:t>
      </w:r>
      <w:proofErr w:type="spellEnd"/>
      <w:r>
        <w:t xml:space="preserve"> </w:t>
      </w:r>
      <w:proofErr w:type="spellStart"/>
      <w:r>
        <w:t>mendaci</w:t>
      </w:r>
      <w:proofErr w:type="spellEnd"/>
      <w:r>
        <w:t xml:space="preserve">, </w:t>
      </w:r>
      <w:proofErr w:type="spellStart"/>
      <w:r>
        <w:t>falsità</w:t>
      </w:r>
      <w:proofErr w:type="spellEnd"/>
      <w:r>
        <w:t xml:space="preserve"> </w:t>
      </w:r>
      <w:proofErr w:type="spellStart"/>
      <w:r>
        <w:t>negli</w:t>
      </w:r>
      <w:proofErr w:type="spellEnd"/>
      <w:r>
        <w:t xml:space="preserve"> </w:t>
      </w:r>
      <w:proofErr w:type="spellStart"/>
      <w:r>
        <w:t>atti</w:t>
      </w:r>
      <w:proofErr w:type="spellEnd"/>
      <w:r>
        <w:t xml:space="preserve"> o </w:t>
      </w:r>
      <w:proofErr w:type="spellStart"/>
      <w:r>
        <w:t>uso</w:t>
      </w:r>
      <w:proofErr w:type="spellEnd"/>
      <w:r>
        <w:t xml:space="preserve"> di </w:t>
      </w:r>
      <w:proofErr w:type="spellStart"/>
      <w:r>
        <w:t>atti</w:t>
      </w:r>
      <w:proofErr w:type="spellEnd"/>
      <w:r>
        <w:t xml:space="preserve"> </w:t>
      </w:r>
      <w:proofErr w:type="spellStart"/>
      <w:r>
        <w:t>falsi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applicheranno</w:t>
      </w:r>
      <w:proofErr w:type="spellEnd"/>
      <w:r>
        <w:t xml:space="preserve"> le </w:t>
      </w:r>
      <w:proofErr w:type="spellStart"/>
      <w:r>
        <w:t>sanzioni</w:t>
      </w:r>
      <w:proofErr w:type="spellEnd"/>
      <w:r>
        <w:t xml:space="preserve"> </w:t>
      </w:r>
      <w:proofErr w:type="spellStart"/>
      <w:r>
        <w:t>penali</w:t>
      </w:r>
      <w:proofErr w:type="spellEnd"/>
      <w:r>
        <w:t xml:space="preserve"> </w:t>
      </w:r>
      <w:proofErr w:type="spellStart"/>
      <w:r>
        <w:t>previste</w:t>
      </w:r>
      <w:proofErr w:type="spellEnd"/>
      <w:r>
        <w:t xml:space="preserve"> </w:t>
      </w:r>
      <w:proofErr w:type="spellStart"/>
      <w:r>
        <w:t>dall'art</w:t>
      </w:r>
      <w:proofErr w:type="spellEnd"/>
      <w:r>
        <w:t xml:space="preserve">. 76 del D.P.R. 445/2000, </w:t>
      </w:r>
      <w:proofErr w:type="spellStart"/>
      <w:r>
        <w:t>oltre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decadenza</w:t>
      </w:r>
      <w:proofErr w:type="spellEnd"/>
      <w:r>
        <w:t xml:space="preserve"> </w:t>
      </w:r>
      <w:proofErr w:type="spellStart"/>
      <w:r>
        <w:t>dai</w:t>
      </w:r>
      <w:proofErr w:type="spellEnd"/>
      <w:r>
        <w:t xml:space="preserve"> </w:t>
      </w:r>
      <w:proofErr w:type="spellStart"/>
      <w:r>
        <w:t>benefici</w:t>
      </w:r>
      <w:proofErr w:type="spellEnd"/>
      <w:r>
        <w:t xml:space="preserve"> </w:t>
      </w:r>
      <w:proofErr w:type="spellStart"/>
      <w:r>
        <w:t>eventualmente</w:t>
      </w:r>
      <w:proofErr w:type="spellEnd"/>
      <w:r>
        <w:t xml:space="preserve"> </w:t>
      </w:r>
      <w:proofErr w:type="spellStart"/>
      <w:r>
        <w:t>conseguiti</w:t>
      </w:r>
      <w:proofErr w:type="spellEnd"/>
      <w:r>
        <w:t>.</w:t>
      </w:r>
    </w:p>
    <w:p w14:paraId="134BB35F" w14:textId="77777777" w:rsidR="008C61A6" w:rsidRDefault="00000000">
      <w:pPr>
        <w:spacing w:before="400"/>
      </w:pPr>
      <w:proofErr w:type="spellStart"/>
      <w:r>
        <w:t>Luogo</w:t>
      </w:r>
      <w:proofErr w:type="spellEnd"/>
      <w:r>
        <w:t xml:space="preserve"> e data: .............................................................................</w:t>
      </w:r>
      <w:r>
        <w:br/>
      </w:r>
      <w:r>
        <w:br/>
      </w:r>
      <w:proofErr w:type="spellStart"/>
      <w:r>
        <w:rPr>
          <w:b/>
        </w:rPr>
        <w:t>Firma</w:t>
      </w:r>
      <w:proofErr w:type="spellEnd"/>
      <w:r>
        <w:rPr>
          <w:b/>
        </w:rPr>
        <w:t xml:space="preserve"> del </w:t>
      </w:r>
      <w:proofErr w:type="spellStart"/>
      <w:r>
        <w:rPr>
          <w:b/>
        </w:rPr>
        <w:t>Legale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Rappresentante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firma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digitale</w:t>
      </w:r>
      <w:proofErr w:type="spellEnd"/>
      <w:r>
        <w:rPr>
          <w:b/>
        </w:rPr>
        <w:t>):</w:t>
      </w:r>
      <w:r>
        <w:rPr>
          <w:b/>
        </w:rPr>
        <w:br/>
      </w:r>
      <w:r>
        <w:t xml:space="preserve">(In </w:t>
      </w:r>
      <w:proofErr w:type="spellStart"/>
      <w:r>
        <w:t>caso</w:t>
      </w:r>
      <w:proofErr w:type="spellEnd"/>
      <w:r>
        <w:t xml:space="preserve"> di RTI </w:t>
      </w:r>
      <w:proofErr w:type="spellStart"/>
      <w:r>
        <w:t>costituendo</w:t>
      </w:r>
      <w:proofErr w:type="spellEnd"/>
      <w:r>
        <w:t xml:space="preserve">, il </w:t>
      </w:r>
      <w:proofErr w:type="spellStart"/>
      <w:r>
        <w:t>presente</w:t>
      </w:r>
      <w:proofErr w:type="spellEnd"/>
      <w:r>
        <w:t xml:space="preserve"> modulo </w:t>
      </w:r>
      <w:proofErr w:type="spellStart"/>
      <w:r>
        <w:t>deve</w:t>
      </w:r>
      <w:proofErr w:type="spellEnd"/>
      <w:r>
        <w:t xml:space="preserve">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compilato</w:t>
      </w:r>
      <w:proofErr w:type="spellEnd"/>
      <w:r>
        <w:t xml:space="preserve"> e </w:t>
      </w:r>
      <w:proofErr w:type="spellStart"/>
      <w:r>
        <w:t>firmato</w:t>
      </w:r>
      <w:proofErr w:type="spellEnd"/>
      <w:r>
        <w:t xml:space="preserve"> </w:t>
      </w:r>
      <w:proofErr w:type="spellStart"/>
      <w:r>
        <w:t>digitalmente</w:t>
      </w:r>
      <w:proofErr w:type="spellEnd"/>
      <w:r>
        <w:t xml:space="preserve"> dal </w:t>
      </w:r>
      <w:proofErr w:type="spellStart"/>
      <w:r>
        <w:t>Legale</w:t>
      </w:r>
      <w:proofErr w:type="spellEnd"/>
      <w:r>
        <w:t xml:space="preserve"> </w:t>
      </w:r>
      <w:proofErr w:type="spellStart"/>
      <w:r>
        <w:t>Rappresentante</w:t>
      </w:r>
      <w:proofErr w:type="spellEnd"/>
      <w:r>
        <w:t xml:space="preserve"> di CIASCUN Ente </w:t>
      </w:r>
      <w:proofErr w:type="spellStart"/>
      <w:r>
        <w:t>componente</w:t>
      </w:r>
      <w:proofErr w:type="spellEnd"/>
      <w:r>
        <w:t xml:space="preserve"> il </w:t>
      </w:r>
      <w:proofErr w:type="spellStart"/>
      <w:r>
        <w:t>raggruppamento</w:t>
      </w:r>
      <w:proofErr w:type="spellEnd"/>
      <w:r>
        <w:t>)</w:t>
      </w:r>
      <w:r>
        <w:br/>
        <w:t>....................................................................................................</w:t>
      </w:r>
    </w:p>
    <w:sectPr w:rsidR="008C61A6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42577400">
    <w:abstractNumId w:val="8"/>
  </w:num>
  <w:num w:numId="2" w16cid:durableId="1229927049">
    <w:abstractNumId w:val="6"/>
  </w:num>
  <w:num w:numId="3" w16cid:durableId="31929461">
    <w:abstractNumId w:val="5"/>
  </w:num>
  <w:num w:numId="4" w16cid:durableId="2001275128">
    <w:abstractNumId w:val="4"/>
  </w:num>
  <w:num w:numId="5" w16cid:durableId="1986355487">
    <w:abstractNumId w:val="7"/>
  </w:num>
  <w:num w:numId="6" w16cid:durableId="135076579">
    <w:abstractNumId w:val="3"/>
  </w:num>
  <w:num w:numId="7" w16cid:durableId="1958103814">
    <w:abstractNumId w:val="2"/>
  </w:num>
  <w:num w:numId="8" w16cid:durableId="1212419589">
    <w:abstractNumId w:val="1"/>
  </w:num>
  <w:num w:numId="9" w16cid:durableId="1230842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A26AD"/>
    <w:rsid w:val="008C61A6"/>
    <w:rsid w:val="00901FCA"/>
    <w:rsid w:val="00976F3F"/>
    <w:rsid w:val="00AA1D8D"/>
    <w:rsid w:val="00B47730"/>
    <w:rsid w:val="00BB1CAF"/>
    <w:rsid w:val="00CB0664"/>
    <w:rsid w:val="00F72E8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B1A653"/>
  <w14:defaultImageDpi w14:val="300"/>
  <w15:docId w15:val="{954B1C4C-1982-4F65-B9D7-ACE25A9F8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llegamentoipertestuale">
    <w:name w:val="Hyperlink"/>
    <w:basedOn w:val="Carpredefinitoparagrafo"/>
    <w:uiPriority w:val="99"/>
    <w:unhideWhenUsed/>
    <w:rsid w:val="006A26AD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A26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vincia.matera@cert.ruparbasilicata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1178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7884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Pierro Vincenzo</cp:lastModifiedBy>
  <cp:revision>4</cp:revision>
  <dcterms:created xsi:type="dcterms:W3CDTF">2026-10-18T15:47:00Z</dcterms:created>
  <dcterms:modified xsi:type="dcterms:W3CDTF">2026-10-23T10:54:00Z</dcterms:modified>
  <cp:category/>
</cp:coreProperties>
</file>