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236BA2" w14:textId="06BD2DE7" w:rsidR="00656279" w:rsidRDefault="00000000">
      <w:pPr>
        <w:jc w:val="center"/>
      </w:pPr>
      <w:r>
        <w:rPr>
          <w:b/>
          <w:color w:val="4682B4"/>
        </w:rPr>
        <w:br/>
      </w:r>
      <w:r>
        <w:rPr>
          <w:b/>
          <w:color w:val="003366"/>
          <w:sz w:val="26"/>
        </w:rPr>
        <w:t>ALLEGATO B</w:t>
      </w:r>
      <w:r>
        <w:rPr>
          <w:b/>
          <w:color w:val="003366"/>
          <w:sz w:val="26"/>
        </w:rPr>
        <w:br/>
        <w:t>SCHEDA GUIDA PER LA REDAZIONE DELLA PROPOSTA PROGETTUALE</w:t>
      </w:r>
      <w:r>
        <w:rPr>
          <w:b/>
          <w:color w:val="003366"/>
          <w:sz w:val="26"/>
        </w:rPr>
        <w:br/>
      </w:r>
      <w:r>
        <w:rPr>
          <w:i/>
          <w:sz w:val="19"/>
        </w:rPr>
        <w:t xml:space="preserve">(Max 20 </w:t>
      </w:r>
      <w:proofErr w:type="spellStart"/>
      <w:r>
        <w:rPr>
          <w:i/>
          <w:sz w:val="19"/>
        </w:rPr>
        <w:t>facciate</w:t>
      </w:r>
      <w:proofErr w:type="spellEnd"/>
      <w:r>
        <w:rPr>
          <w:i/>
          <w:sz w:val="19"/>
        </w:rPr>
        <w:t xml:space="preserve"> A4 - Carattere Times New Roman 12 o Arial 10)</w:t>
      </w:r>
      <w:r>
        <w:rPr>
          <w:i/>
          <w:sz w:val="19"/>
        </w:rPr>
        <w:br/>
      </w:r>
    </w:p>
    <w:p w14:paraId="07E4F9ED" w14:textId="6261FB06" w:rsidR="00656279" w:rsidRDefault="00000000" w:rsidP="00872181">
      <w:pPr>
        <w:jc w:val="both"/>
      </w:pPr>
      <w:r>
        <w:t xml:space="preserve">PROGETTO SAI (Sistema di </w:t>
      </w:r>
      <w:proofErr w:type="spellStart"/>
      <w:r>
        <w:t>Accoglienza</w:t>
      </w:r>
      <w:proofErr w:type="spellEnd"/>
      <w:r>
        <w:t xml:space="preserve"> e </w:t>
      </w:r>
      <w:proofErr w:type="spellStart"/>
      <w:r>
        <w:t>Integrazione</w:t>
      </w:r>
      <w:proofErr w:type="spellEnd"/>
      <w:r>
        <w:t xml:space="preserve">) – </w:t>
      </w:r>
      <w:proofErr w:type="spellStart"/>
      <w:r>
        <w:t>Categoria</w:t>
      </w:r>
      <w:proofErr w:type="spellEnd"/>
      <w:r>
        <w:t xml:space="preserve"> "</w:t>
      </w:r>
      <w:proofErr w:type="spellStart"/>
      <w:r>
        <w:t>accoglienza</w:t>
      </w:r>
      <w:proofErr w:type="spellEnd"/>
      <w:r>
        <w:t xml:space="preserve"> in </w:t>
      </w:r>
      <w:proofErr w:type="spellStart"/>
      <w:r>
        <w:t>favore</w:t>
      </w:r>
      <w:proofErr w:type="spellEnd"/>
      <w:r>
        <w:t xml:space="preserve"> di </w:t>
      </w:r>
      <w:proofErr w:type="spellStart"/>
      <w:r>
        <w:t>persone</w:t>
      </w:r>
      <w:proofErr w:type="spellEnd"/>
      <w:r>
        <w:t xml:space="preserve"> </w:t>
      </w:r>
      <w:proofErr w:type="spellStart"/>
      <w:r>
        <w:t>disabili</w:t>
      </w:r>
      <w:proofErr w:type="spellEnd"/>
      <w:r>
        <w:t xml:space="preserve"> e/o con disagio </w:t>
      </w:r>
      <w:proofErr w:type="spellStart"/>
      <w:r>
        <w:t>mentale</w:t>
      </w:r>
      <w:proofErr w:type="spellEnd"/>
      <w:r>
        <w:t xml:space="preserve"> o </w:t>
      </w:r>
      <w:proofErr w:type="spellStart"/>
      <w:r>
        <w:t>psicologico</w:t>
      </w:r>
      <w:proofErr w:type="spellEnd"/>
      <w:r>
        <w:t xml:space="preserve"> e/o con </w:t>
      </w:r>
      <w:proofErr w:type="spellStart"/>
      <w:r>
        <w:t>necessità</w:t>
      </w:r>
      <w:proofErr w:type="spellEnd"/>
      <w:r>
        <w:t xml:space="preserve"> di </w:t>
      </w:r>
      <w:proofErr w:type="spellStart"/>
      <w:r>
        <w:t>assistenza</w:t>
      </w:r>
      <w:proofErr w:type="spellEnd"/>
      <w:r>
        <w:t xml:space="preserve"> sanitaria, </w:t>
      </w:r>
      <w:proofErr w:type="spellStart"/>
      <w:r>
        <w:t>sociale</w:t>
      </w:r>
      <w:proofErr w:type="spellEnd"/>
      <w:r>
        <w:t xml:space="preserve"> e </w:t>
      </w:r>
      <w:proofErr w:type="spellStart"/>
      <w:r>
        <w:t>domiciliare</w:t>
      </w:r>
      <w:proofErr w:type="spellEnd"/>
      <w:r>
        <w:t xml:space="preserve">, </w:t>
      </w:r>
      <w:proofErr w:type="spellStart"/>
      <w:r>
        <w:t>specialistica</w:t>
      </w:r>
      <w:proofErr w:type="spellEnd"/>
      <w:r>
        <w:t xml:space="preserve"> e/o </w:t>
      </w:r>
      <w:proofErr w:type="spellStart"/>
      <w:r>
        <w:t>prolungata</w:t>
      </w:r>
      <w:proofErr w:type="spellEnd"/>
      <w:r>
        <w:t>" (</w:t>
      </w:r>
      <w:proofErr w:type="spellStart"/>
      <w:r>
        <w:t>Vulnerabili</w:t>
      </w:r>
      <w:proofErr w:type="spellEnd"/>
      <w:r>
        <w:t xml:space="preserve"> e </w:t>
      </w:r>
      <w:proofErr w:type="spellStart"/>
      <w:r>
        <w:t>Disabili</w:t>
      </w:r>
      <w:proofErr w:type="spellEnd"/>
      <w:r>
        <w:t xml:space="preserve">) – </w:t>
      </w:r>
      <w:proofErr w:type="spellStart"/>
      <w:r w:rsidR="003C69B7">
        <w:t>orientativamente</w:t>
      </w:r>
      <w:proofErr w:type="spellEnd"/>
      <w:r w:rsidR="003C69B7">
        <w:t xml:space="preserve"> per </w:t>
      </w:r>
      <w:r>
        <w:t xml:space="preserve">n. </w:t>
      </w:r>
      <w:r w:rsidR="003C69B7">
        <w:t>20</w:t>
      </w:r>
      <w:r>
        <w:t xml:space="preserve"> </w:t>
      </w:r>
      <w:proofErr w:type="spellStart"/>
      <w:r>
        <w:t>posti</w:t>
      </w:r>
      <w:proofErr w:type="spellEnd"/>
      <w:r>
        <w:t xml:space="preserve"> (</w:t>
      </w:r>
      <w:proofErr w:type="spellStart"/>
      <w:r>
        <w:t>ampliabili</w:t>
      </w:r>
      <w:proofErr w:type="spellEnd"/>
      <w:r>
        <w:t xml:space="preserve">) – </w:t>
      </w:r>
      <w:proofErr w:type="spellStart"/>
      <w:r>
        <w:t>Annualità</w:t>
      </w:r>
      <w:proofErr w:type="spellEnd"/>
      <w:r>
        <w:t xml:space="preserve"> 2026 </w:t>
      </w:r>
      <w:proofErr w:type="spellStart"/>
      <w:r>
        <w:t>della</w:t>
      </w:r>
      <w:proofErr w:type="spellEnd"/>
      <w:r>
        <w:t xml:space="preserve"> </w:t>
      </w:r>
      <w:proofErr w:type="spellStart"/>
      <w:r>
        <w:t>Provincia</w:t>
      </w:r>
      <w:proofErr w:type="spellEnd"/>
      <w:r>
        <w:t xml:space="preserve"> di Matera</w:t>
      </w:r>
      <w:r>
        <w:br/>
      </w:r>
    </w:p>
    <w:p w14:paraId="7654A4ED" w14:textId="716CE4E2" w:rsidR="00656279" w:rsidRDefault="00000000">
      <w:pPr>
        <w:spacing w:after="240"/>
      </w:pPr>
      <w:r>
        <w:rPr>
          <w:b/>
        </w:rPr>
        <w:t>DENOMINAZIONE E.T.S. / RAGGRUPPAMENTO (RTI/ATS) PROPONENTE:</w:t>
      </w:r>
      <w:r>
        <w:rPr>
          <w:b/>
        </w:rPr>
        <w:br/>
      </w:r>
      <w:r>
        <w:t xml:space="preserve">- Ente </w:t>
      </w:r>
      <w:proofErr w:type="spellStart"/>
      <w:r>
        <w:t>Capogruppo</w:t>
      </w:r>
      <w:proofErr w:type="spellEnd"/>
      <w:r>
        <w:t>/</w:t>
      </w:r>
      <w:proofErr w:type="spellStart"/>
      <w:r>
        <w:t>Mandatario</w:t>
      </w:r>
      <w:proofErr w:type="spellEnd"/>
      <w:r>
        <w:t>: ....................................................................................................................</w:t>
      </w:r>
      <w:r w:rsidR="006C0761">
        <w:t>...................</w:t>
      </w:r>
      <w:r>
        <w:br/>
        <w:t xml:space="preserve">- Ente </w:t>
      </w:r>
      <w:proofErr w:type="spellStart"/>
      <w:r>
        <w:t>Mandante</w:t>
      </w:r>
      <w:proofErr w:type="spellEnd"/>
      <w:r>
        <w:t xml:space="preserve"> 1: ...................................................................................................................</w:t>
      </w:r>
      <w:r w:rsidR="006C0761">
        <w:t>...............................................</w:t>
      </w:r>
      <w:r>
        <w:t>.</w:t>
      </w:r>
      <w:r>
        <w:br/>
        <w:t xml:space="preserve">- Ente </w:t>
      </w:r>
      <w:proofErr w:type="spellStart"/>
      <w:r>
        <w:t>Mandante</w:t>
      </w:r>
      <w:proofErr w:type="spellEnd"/>
      <w:r>
        <w:t xml:space="preserve"> 2: ....................................................................................................................</w:t>
      </w:r>
      <w:r w:rsidR="006C0761">
        <w:t>..............................................</w:t>
      </w:r>
    </w:p>
    <w:p w14:paraId="28482244" w14:textId="77777777" w:rsidR="00656279" w:rsidRDefault="00000000">
      <w:pPr>
        <w:spacing w:before="280" w:after="120"/>
      </w:pPr>
      <w:r>
        <w:rPr>
          <w:b/>
          <w:color w:val="003366"/>
          <w:sz w:val="23"/>
        </w:rPr>
        <w:t xml:space="preserve">SEZIONE 1: ESPERIENZA MATURATA, RADICAMENTO TERRITORIALE E ASSETTO ORGANIZZATIVO (Max 40 </w:t>
      </w:r>
      <w:proofErr w:type="spellStart"/>
      <w:r>
        <w:rPr>
          <w:b/>
          <w:color w:val="003366"/>
          <w:sz w:val="23"/>
        </w:rPr>
        <w:t>Punti</w:t>
      </w:r>
      <w:proofErr w:type="spellEnd"/>
      <w:r>
        <w:rPr>
          <w:b/>
          <w:color w:val="003366"/>
          <w:sz w:val="23"/>
        </w:rPr>
        <w:t xml:space="preserve"> – Soglia Minima di </w:t>
      </w:r>
      <w:proofErr w:type="spellStart"/>
      <w:r>
        <w:rPr>
          <w:b/>
          <w:color w:val="003366"/>
          <w:sz w:val="23"/>
        </w:rPr>
        <w:t>Idoneità</w:t>
      </w:r>
      <w:proofErr w:type="spellEnd"/>
      <w:r>
        <w:rPr>
          <w:b/>
          <w:color w:val="003366"/>
          <w:sz w:val="23"/>
        </w:rPr>
        <w:t xml:space="preserve">: 18 </w:t>
      </w:r>
      <w:proofErr w:type="spellStart"/>
      <w:r>
        <w:rPr>
          <w:b/>
          <w:color w:val="003366"/>
          <w:sz w:val="23"/>
        </w:rPr>
        <w:t>Punti</w:t>
      </w:r>
      <w:proofErr w:type="spellEnd"/>
      <w:r>
        <w:rPr>
          <w:b/>
          <w:color w:val="003366"/>
          <w:sz w:val="23"/>
        </w:rPr>
        <w:t>)</w:t>
      </w:r>
    </w:p>
    <w:p w14:paraId="72576271" w14:textId="77777777" w:rsidR="00656279" w:rsidRDefault="00000000">
      <w:pPr>
        <w:spacing w:before="160" w:after="60"/>
      </w:pPr>
      <w:r>
        <w:rPr>
          <w:b/>
          <w:color w:val="4682B4"/>
          <w:sz w:val="21"/>
        </w:rPr>
        <w:t xml:space="preserve">A1. </w:t>
      </w:r>
      <w:proofErr w:type="spellStart"/>
      <w:r>
        <w:rPr>
          <w:b/>
          <w:color w:val="4682B4"/>
          <w:sz w:val="21"/>
        </w:rPr>
        <w:t>Esperienza</w:t>
      </w:r>
      <w:proofErr w:type="spellEnd"/>
      <w:r>
        <w:rPr>
          <w:b/>
          <w:color w:val="4682B4"/>
          <w:sz w:val="21"/>
        </w:rPr>
        <w:t xml:space="preserve"> </w:t>
      </w:r>
      <w:proofErr w:type="spellStart"/>
      <w:r>
        <w:rPr>
          <w:b/>
          <w:color w:val="4682B4"/>
          <w:sz w:val="21"/>
        </w:rPr>
        <w:t>specifica</w:t>
      </w:r>
      <w:proofErr w:type="spellEnd"/>
      <w:r>
        <w:rPr>
          <w:b/>
          <w:color w:val="4682B4"/>
          <w:sz w:val="21"/>
        </w:rPr>
        <w:t xml:space="preserve"> </w:t>
      </w:r>
      <w:proofErr w:type="spellStart"/>
      <w:r>
        <w:rPr>
          <w:b/>
          <w:color w:val="4682B4"/>
          <w:sz w:val="21"/>
        </w:rPr>
        <w:t>maturata</w:t>
      </w:r>
      <w:proofErr w:type="spellEnd"/>
      <w:r>
        <w:rPr>
          <w:b/>
          <w:color w:val="4682B4"/>
          <w:sz w:val="21"/>
        </w:rPr>
        <w:t xml:space="preserve"> </w:t>
      </w:r>
      <w:proofErr w:type="spellStart"/>
      <w:r>
        <w:rPr>
          <w:b/>
          <w:color w:val="4682B4"/>
          <w:sz w:val="21"/>
        </w:rPr>
        <w:t>nell'accoglienza</w:t>
      </w:r>
      <w:proofErr w:type="spellEnd"/>
      <w:r>
        <w:rPr>
          <w:b/>
          <w:color w:val="4682B4"/>
          <w:sz w:val="21"/>
        </w:rPr>
        <w:t xml:space="preserve"> ed </w:t>
      </w:r>
      <w:proofErr w:type="spellStart"/>
      <w:r>
        <w:rPr>
          <w:b/>
          <w:color w:val="4682B4"/>
          <w:sz w:val="21"/>
        </w:rPr>
        <w:t>assistenza</w:t>
      </w:r>
      <w:proofErr w:type="spellEnd"/>
      <w:r>
        <w:rPr>
          <w:b/>
          <w:color w:val="4682B4"/>
          <w:sz w:val="21"/>
        </w:rPr>
        <w:t xml:space="preserve"> (0–20 </w:t>
      </w:r>
      <w:proofErr w:type="spellStart"/>
      <w:r>
        <w:rPr>
          <w:b/>
          <w:color w:val="4682B4"/>
          <w:sz w:val="21"/>
        </w:rPr>
        <w:t>Punti</w:t>
      </w:r>
      <w:proofErr w:type="spellEnd"/>
      <w:r>
        <w:rPr>
          <w:b/>
          <w:color w:val="4682B4"/>
          <w:sz w:val="21"/>
        </w:rPr>
        <w:t>)</w:t>
      </w:r>
    </w:p>
    <w:p w14:paraId="1D687DCB" w14:textId="77777777" w:rsidR="00656279" w:rsidRDefault="00000000">
      <w:pPr>
        <w:spacing w:after="120"/>
        <w:jc w:val="both"/>
      </w:pPr>
      <w:proofErr w:type="spellStart"/>
      <w:r>
        <w:t>Descrizione</w:t>
      </w:r>
      <w:proofErr w:type="spellEnd"/>
      <w:r>
        <w:t xml:space="preserve"> </w:t>
      </w:r>
      <w:proofErr w:type="spellStart"/>
      <w:r>
        <w:t>dettagliata</w:t>
      </w:r>
      <w:proofErr w:type="spellEnd"/>
      <w:r>
        <w:t xml:space="preserve"> </w:t>
      </w:r>
      <w:proofErr w:type="spellStart"/>
      <w:r>
        <w:t>dell'esperienza</w:t>
      </w:r>
      <w:proofErr w:type="spellEnd"/>
      <w:r>
        <w:t xml:space="preserve"> </w:t>
      </w:r>
      <w:proofErr w:type="spellStart"/>
      <w:r>
        <w:t>specifica</w:t>
      </w:r>
      <w:proofErr w:type="spellEnd"/>
      <w:r>
        <w:t xml:space="preserve"> </w:t>
      </w:r>
      <w:proofErr w:type="spellStart"/>
      <w:r>
        <w:t>maturata</w:t>
      </w:r>
      <w:proofErr w:type="spellEnd"/>
      <w:r>
        <w:t xml:space="preserve"> </w:t>
      </w:r>
      <w:proofErr w:type="spellStart"/>
      <w:r>
        <w:t>nella</w:t>
      </w:r>
      <w:proofErr w:type="spellEnd"/>
      <w:r>
        <w:t xml:space="preserve"> </w:t>
      </w:r>
      <w:proofErr w:type="spellStart"/>
      <w:r>
        <w:t>gestione</w:t>
      </w:r>
      <w:proofErr w:type="spellEnd"/>
      <w:r>
        <w:t xml:space="preserve"> di </w:t>
      </w:r>
      <w:proofErr w:type="spellStart"/>
      <w:r>
        <w:t>servizi</w:t>
      </w:r>
      <w:proofErr w:type="spellEnd"/>
      <w:r>
        <w:t xml:space="preserve"> di </w:t>
      </w:r>
      <w:proofErr w:type="spellStart"/>
      <w:r>
        <w:t>accoglienza</w:t>
      </w:r>
      <w:proofErr w:type="spellEnd"/>
      <w:r>
        <w:t xml:space="preserve"> </w:t>
      </w:r>
      <w:proofErr w:type="spellStart"/>
      <w:r>
        <w:t>integrata</w:t>
      </w:r>
      <w:proofErr w:type="spellEnd"/>
      <w:r>
        <w:t xml:space="preserve"> a </w:t>
      </w:r>
      <w:proofErr w:type="spellStart"/>
      <w:r>
        <w:t>favore</w:t>
      </w:r>
      <w:proofErr w:type="spellEnd"/>
      <w:r>
        <w:t xml:space="preserve"> di </w:t>
      </w:r>
      <w:proofErr w:type="spellStart"/>
      <w:r>
        <w:t>richiedenti</w:t>
      </w:r>
      <w:proofErr w:type="spellEnd"/>
      <w:r>
        <w:t xml:space="preserve"> e/o </w:t>
      </w:r>
      <w:proofErr w:type="spellStart"/>
      <w:r>
        <w:t>titolari</w:t>
      </w:r>
      <w:proofErr w:type="spellEnd"/>
      <w:r>
        <w:t xml:space="preserve"> di </w:t>
      </w:r>
      <w:proofErr w:type="spellStart"/>
      <w:r>
        <w:t>protezione</w:t>
      </w:r>
      <w:proofErr w:type="spellEnd"/>
      <w:r>
        <w:t xml:space="preserve"> </w:t>
      </w:r>
      <w:proofErr w:type="spellStart"/>
      <w:r>
        <w:t>internazionale</w:t>
      </w:r>
      <w:proofErr w:type="spellEnd"/>
      <w:r>
        <w:t xml:space="preserve"> (in </w:t>
      </w:r>
      <w:proofErr w:type="spellStart"/>
      <w:r>
        <w:t>ambito</w:t>
      </w:r>
      <w:proofErr w:type="spellEnd"/>
      <w:r>
        <w:t xml:space="preserve"> Rete SAI o </w:t>
      </w:r>
      <w:proofErr w:type="spellStart"/>
      <w:r>
        <w:t>sistemi</w:t>
      </w:r>
      <w:proofErr w:type="spellEnd"/>
      <w:r>
        <w:t xml:space="preserve"> </w:t>
      </w:r>
      <w:proofErr w:type="spellStart"/>
      <w:r>
        <w:t>analoghi</w:t>
      </w:r>
      <w:proofErr w:type="spellEnd"/>
      <w:r>
        <w:t xml:space="preserve">) con </w:t>
      </w:r>
      <w:proofErr w:type="spellStart"/>
      <w:r>
        <w:t>specifico</w:t>
      </w:r>
      <w:proofErr w:type="spellEnd"/>
      <w:r>
        <w:t xml:space="preserve"> </w:t>
      </w:r>
      <w:proofErr w:type="spellStart"/>
      <w:r>
        <w:t>riferimento</w:t>
      </w:r>
      <w:proofErr w:type="spellEnd"/>
      <w:r>
        <w:t xml:space="preserve"> </w:t>
      </w:r>
      <w:proofErr w:type="spellStart"/>
      <w:r>
        <w:t>all'assistenza</w:t>
      </w:r>
      <w:proofErr w:type="spellEnd"/>
      <w:r>
        <w:t xml:space="preserve"> di </w:t>
      </w:r>
      <w:proofErr w:type="spellStart"/>
      <w:r>
        <w:t>soggetti</w:t>
      </w:r>
      <w:proofErr w:type="spellEnd"/>
      <w:r>
        <w:t xml:space="preserve"> </w:t>
      </w:r>
      <w:proofErr w:type="spellStart"/>
      <w:r>
        <w:t>vulnerabili</w:t>
      </w:r>
      <w:proofErr w:type="spellEnd"/>
      <w:r>
        <w:t xml:space="preserve">, </w:t>
      </w:r>
      <w:proofErr w:type="spellStart"/>
      <w:r>
        <w:t>disabili</w:t>
      </w:r>
      <w:proofErr w:type="spellEnd"/>
      <w:r>
        <w:t xml:space="preserve"> o con disagio </w:t>
      </w:r>
      <w:proofErr w:type="spellStart"/>
      <w:r>
        <w:t>mentale</w:t>
      </w:r>
      <w:proofErr w:type="spellEnd"/>
      <w:r>
        <w:t>/</w:t>
      </w:r>
      <w:proofErr w:type="spellStart"/>
      <w:r>
        <w:t>psicologico</w:t>
      </w:r>
      <w:proofErr w:type="spellEnd"/>
      <w:r>
        <w:t>.</w:t>
      </w:r>
      <w:r>
        <w:br/>
        <w:t xml:space="preserve">In </w:t>
      </w:r>
      <w:proofErr w:type="spellStart"/>
      <w:r>
        <w:t>caso</w:t>
      </w:r>
      <w:proofErr w:type="spellEnd"/>
      <w:r>
        <w:t xml:space="preserve"> di </w:t>
      </w:r>
      <w:proofErr w:type="spellStart"/>
      <w:r>
        <w:t>partecipazione</w:t>
      </w:r>
      <w:proofErr w:type="spellEnd"/>
      <w:r>
        <w:t xml:space="preserve"> in RTI/ATS, </w:t>
      </w:r>
      <w:proofErr w:type="spellStart"/>
      <w:r>
        <w:t>illustrare</w:t>
      </w:r>
      <w:proofErr w:type="spellEnd"/>
      <w:r>
        <w:t xml:space="preserve"> </w:t>
      </w:r>
      <w:proofErr w:type="spellStart"/>
      <w:r>
        <w:t>analiticamente</w:t>
      </w:r>
      <w:proofErr w:type="spellEnd"/>
      <w:r>
        <w:t xml:space="preserve"> le </w:t>
      </w:r>
      <w:proofErr w:type="spellStart"/>
      <w:r>
        <w:t>esperienze</w:t>
      </w:r>
      <w:proofErr w:type="spellEnd"/>
      <w:r>
        <w:t xml:space="preserve"> </w:t>
      </w:r>
      <w:proofErr w:type="spellStart"/>
      <w:r>
        <w:t>specifiche</w:t>
      </w:r>
      <w:proofErr w:type="spellEnd"/>
      <w:r>
        <w:t xml:space="preserve"> e </w:t>
      </w:r>
      <w:proofErr w:type="spellStart"/>
      <w:r>
        <w:t>complementari</w:t>
      </w:r>
      <w:proofErr w:type="spellEnd"/>
      <w:r>
        <w:t xml:space="preserve"> maturate da CIASCUN </w:t>
      </w:r>
      <w:proofErr w:type="spellStart"/>
      <w:r>
        <w:t>soggetto</w:t>
      </w:r>
      <w:proofErr w:type="spellEnd"/>
      <w:r>
        <w:t xml:space="preserve"> </w:t>
      </w:r>
      <w:proofErr w:type="spellStart"/>
      <w:r>
        <w:t>componente</w:t>
      </w:r>
      <w:proofErr w:type="spellEnd"/>
      <w:r>
        <w:t xml:space="preserve"> il </w:t>
      </w:r>
      <w:proofErr w:type="spellStart"/>
      <w:r>
        <w:t>raggruppamento</w:t>
      </w:r>
      <w:proofErr w:type="spellEnd"/>
      <w:r>
        <w:t xml:space="preserve">, </w:t>
      </w:r>
      <w:proofErr w:type="spellStart"/>
      <w:r>
        <w:t>evidenziando</w:t>
      </w:r>
      <w:proofErr w:type="spellEnd"/>
      <w:r>
        <w:t xml:space="preserve"> il </w:t>
      </w:r>
      <w:proofErr w:type="spellStart"/>
      <w:r>
        <w:t>ruolo</w:t>
      </w:r>
      <w:proofErr w:type="spellEnd"/>
      <w:r>
        <w:t xml:space="preserve"> ed il </w:t>
      </w:r>
      <w:proofErr w:type="spellStart"/>
      <w:r>
        <w:t>valore</w:t>
      </w:r>
      <w:proofErr w:type="spellEnd"/>
      <w:r>
        <w:t xml:space="preserve"> </w:t>
      </w:r>
      <w:proofErr w:type="spellStart"/>
      <w:r>
        <w:t>aggiunto</w:t>
      </w:r>
      <w:proofErr w:type="spellEnd"/>
      <w:r>
        <w:t xml:space="preserve"> </w:t>
      </w:r>
      <w:proofErr w:type="spellStart"/>
      <w:r>
        <w:t>della</w:t>
      </w:r>
      <w:proofErr w:type="spellEnd"/>
      <w:r>
        <w:t xml:space="preserve"> rete.</w:t>
      </w:r>
    </w:p>
    <w:p w14:paraId="4CAE8839" w14:textId="77777777" w:rsidR="00656279" w:rsidRDefault="00000000">
      <w:pPr>
        <w:spacing w:before="160" w:after="60"/>
      </w:pPr>
      <w:r>
        <w:rPr>
          <w:b/>
          <w:color w:val="4682B4"/>
          <w:sz w:val="21"/>
        </w:rPr>
        <w:t xml:space="preserve">A2. </w:t>
      </w:r>
      <w:proofErr w:type="spellStart"/>
      <w:r>
        <w:rPr>
          <w:b/>
          <w:color w:val="4682B4"/>
          <w:sz w:val="21"/>
        </w:rPr>
        <w:t>Radicamento</w:t>
      </w:r>
      <w:proofErr w:type="spellEnd"/>
      <w:r>
        <w:rPr>
          <w:b/>
          <w:color w:val="4682B4"/>
          <w:sz w:val="21"/>
        </w:rPr>
        <w:t xml:space="preserve"> </w:t>
      </w:r>
      <w:proofErr w:type="spellStart"/>
      <w:r>
        <w:rPr>
          <w:b/>
          <w:color w:val="4682B4"/>
          <w:sz w:val="21"/>
        </w:rPr>
        <w:t>territoriale</w:t>
      </w:r>
      <w:proofErr w:type="spellEnd"/>
      <w:r>
        <w:rPr>
          <w:b/>
          <w:color w:val="4682B4"/>
          <w:sz w:val="21"/>
        </w:rPr>
        <w:t xml:space="preserve"> e </w:t>
      </w:r>
      <w:proofErr w:type="spellStart"/>
      <w:r>
        <w:rPr>
          <w:b/>
          <w:color w:val="4682B4"/>
          <w:sz w:val="21"/>
        </w:rPr>
        <w:t>sinergie</w:t>
      </w:r>
      <w:proofErr w:type="spellEnd"/>
      <w:r>
        <w:rPr>
          <w:b/>
          <w:color w:val="4682B4"/>
          <w:sz w:val="21"/>
        </w:rPr>
        <w:t xml:space="preserve"> </w:t>
      </w:r>
      <w:proofErr w:type="spellStart"/>
      <w:r>
        <w:rPr>
          <w:b/>
          <w:color w:val="4682B4"/>
          <w:sz w:val="21"/>
        </w:rPr>
        <w:t>d'area</w:t>
      </w:r>
      <w:proofErr w:type="spellEnd"/>
      <w:r>
        <w:rPr>
          <w:b/>
          <w:color w:val="4682B4"/>
          <w:sz w:val="21"/>
        </w:rPr>
        <w:t xml:space="preserve"> </w:t>
      </w:r>
      <w:proofErr w:type="spellStart"/>
      <w:r>
        <w:rPr>
          <w:b/>
          <w:color w:val="4682B4"/>
          <w:sz w:val="21"/>
        </w:rPr>
        <w:t>vasta</w:t>
      </w:r>
      <w:proofErr w:type="spellEnd"/>
      <w:r>
        <w:rPr>
          <w:b/>
          <w:color w:val="4682B4"/>
          <w:sz w:val="21"/>
        </w:rPr>
        <w:t xml:space="preserve"> (0–10 </w:t>
      </w:r>
      <w:proofErr w:type="spellStart"/>
      <w:r>
        <w:rPr>
          <w:b/>
          <w:color w:val="4682B4"/>
          <w:sz w:val="21"/>
        </w:rPr>
        <w:t>Punti</w:t>
      </w:r>
      <w:proofErr w:type="spellEnd"/>
      <w:r>
        <w:rPr>
          <w:b/>
          <w:color w:val="4682B4"/>
          <w:sz w:val="21"/>
        </w:rPr>
        <w:t>)</w:t>
      </w:r>
    </w:p>
    <w:p w14:paraId="5EACC461" w14:textId="77777777" w:rsidR="00656279" w:rsidRDefault="00000000">
      <w:pPr>
        <w:spacing w:after="120"/>
        <w:jc w:val="both"/>
      </w:pPr>
      <w:proofErr w:type="spellStart"/>
      <w:r>
        <w:t>Illustrazione</w:t>
      </w:r>
      <w:proofErr w:type="spellEnd"/>
      <w:r>
        <w:t xml:space="preserve"> del </w:t>
      </w:r>
      <w:proofErr w:type="spellStart"/>
      <w:r>
        <w:t>radicamento</w:t>
      </w:r>
      <w:proofErr w:type="spellEnd"/>
      <w:r>
        <w:t xml:space="preserve"> </w:t>
      </w:r>
      <w:proofErr w:type="spellStart"/>
      <w:r>
        <w:t>operativo</w:t>
      </w:r>
      <w:proofErr w:type="spellEnd"/>
      <w:r>
        <w:t xml:space="preserve"> ed </w:t>
      </w:r>
      <w:proofErr w:type="spellStart"/>
      <w:r>
        <w:t>istituzionale</w:t>
      </w:r>
      <w:proofErr w:type="spellEnd"/>
      <w:r>
        <w:t xml:space="preserve"> </w:t>
      </w:r>
      <w:proofErr w:type="spellStart"/>
      <w:r>
        <w:t>nel</w:t>
      </w:r>
      <w:proofErr w:type="spellEnd"/>
      <w:r>
        <w:t xml:space="preserve"> </w:t>
      </w:r>
      <w:proofErr w:type="spellStart"/>
      <w:r>
        <w:t>territorio</w:t>
      </w:r>
      <w:proofErr w:type="spellEnd"/>
      <w:r>
        <w:t xml:space="preserve"> </w:t>
      </w:r>
      <w:proofErr w:type="spellStart"/>
      <w:r>
        <w:t>della</w:t>
      </w:r>
      <w:proofErr w:type="spellEnd"/>
      <w:r>
        <w:t xml:space="preserve"> </w:t>
      </w:r>
      <w:proofErr w:type="spellStart"/>
      <w:r>
        <w:t>Provincia</w:t>
      </w:r>
      <w:proofErr w:type="spellEnd"/>
      <w:r>
        <w:t xml:space="preserve"> di Matera e </w:t>
      </w:r>
      <w:proofErr w:type="spellStart"/>
      <w:r>
        <w:t>dei</w:t>
      </w:r>
      <w:proofErr w:type="spellEnd"/>
      <w:r>
        <w:t xml:space="preserve"> </w:t>
      </w:r>
      <w:proofErr w:type="spellStart"/>
      <w:r>
        <w:t>Comuni</w:t>
      </w:r>
      <w:proofErr w:type="spellEnd"/>
      <w:r>
        <w:t xml:space="preserve"> </w:t>
      </w:r>
      <w:proofErr w:type="spellStart"/>
      <w:r>
        <w:t>aderenti</w:t>
      </w:r>
      <w:proofErr w:type="spellEnd"/>
      <w:r>
        <w:t xml:space="preserve"> </w:t>
      </w:r>
      <w:proofErr w:type="spellStart"/>
      <w:r>
        <w:t>della</w:t>
      </w:r>
      <w:proofErr w:type="spellEnd"/>
      <w:r>
        <w:t xml:space="preserve"> rete da </w:t>
      </w:r>
      <w:proofErr w:type="spellStart"/>
      <w:r>
        <w:t>parte</w:t>
      </w:r>
      <w:proofErr w:type="spellEnd"/>
      <w:r>
        <w:t xml:space="preserve"> </w:t>
      </w:r>
      <w:proofErr w:type="spellStart"/>
      <w:r>
        <w:t>dei</w:t>
      </w:r>
      <w:proofErr w:type="spellEnd"/>
      <w:r>
        <w:t xml:space="preserve"> </w:t>
      </w:r>
      <w:proofErr w:type="spellStart"/>
      <w:r>
        <w:t>soggetti</w:t>
      </w:r>
      <w:proofErr w:type="spellEnd"/>
      <w:r>
        <w:t xml:space="preserve"> </w:t>
      </w:r>
      <w:proofErr w:type="spellStart"/>
      <w:r>
        <w:t>componenti</w:t>
      </w:r>
      <w:proofErr w:type="spellEnd"/>
      <w:r>
        <w:t xml:space="preserve"> il RTI/ATS. </w:t>
      </w:r>
      <w:proofErr w:type="spellStart"/>
      <w:r>
        <w:t>Descrizione</w:t>
      </w:r>
      <w:proofErr w:type="spellEnd"/>
      <w:r>
        <w:t xml:space="preserve"> </w:t>
      </w:r>
      <w:proofErr w:type="spellStart"/>
      <w:r>
        <w:t>dettagliata</w:t>
      </w:r>
      <w:proofErr w:type="spellEnd"/>
      <w:r>
        <w:t xml:space="preserve"> </w:t>
      </w:r>
      <w:proofErr w:type="spellStart"/>
      <w:r>
        <w:t>delle</w:t>
      </w:r>
      <w:proofErr w:type="spellEnd"/>
      <w:r>
        <w:t xml:space="preserve"> </w:t>
      </w:r>
      <w:proofErr w:type="spellStart"/>
      <w:r>
        <w:t>collaborazioni</w:t>
      </w:r>
      <w:proofErr w:type="spellEnd"/>
      <w:r>
        <w:t xml:space="preserve"> e </w:t>
      </w:r>
      <w:proofErr w:type="spellStart"/>
      <w:r>
        <w:t>convenzioni</w:t>
      </w:r>
      <w:proofErr w:type="spellEnd"/>
      <w:r>
        <w:t xml:space="preserve"> </w:t>
      </w:r>
      <w:proofErr w:type="spellStart"/>
      <w:r>
        <w:t>formali</w:t>
      </w:r>
      <w:proofErr w:type="spellEnd"/>
      <w:r>
        <w:t xml:space="preserve"> </w:t>
      </w:r>
      <w:proofErr w:type="spellStart"/>
      <w:r>
        <w:t>attive</w:t>
      </w:r>
      <w:proofErr w:type="spellEnd"/>
      <w:r>
        <w:t xml:space="preserve"> con </w:t>
      </w:r>
      <w:proofErr w:type="spellStart"/>
      <w:r>
        <w:t>l'Azienda</w:t>
      </w:r>
      <w:proofErr w:type="spellEnd"/>
      <w:r>
        <w:t xml:space="preserve"> Sanitaria Locale di Matera (ASM), </w:t>
      </w:r>
      <w:proofErr w:type="spellStart"/>
      <w:r>
        <w:t>i</w:t>
      </w:r>
      <w:proofErr w:type="spellEnd"/>
      <w:r>
        <w:t xml:space="preserve"> </w:t>
      </w:r>
      <w:proofErr w:type="spellStart"/>
      <w:r>
        <w:t>Servizi</w:t>
      </w:r>
      <w:proofErr w:type="spellEnd"/>
      <w:r>
        <w:t xml:space="preserve"> </w:t>
      </w:r>
      <w:proofErr w:type="spellStart"/>
      <w:r>
        <w:t>Sociali</w:t>
      </w:r>
      <w:proofErr w:type="spellEnd"/>
      <w:r>
        <w:t xml:space="preserve"> </w:t>
      </w:r>
      <w:proofErr w:type="spellStart"/>
      <w:r>
        <w:t>professionali</w:t>
      </w:r>
      <w:proofErr w:type="spellEnd"/>
      <w:r>
        <w:t xml:space="preserve"> </w:t>
      </w:r>
      <w:proofErr w:type="spellStart"/>
      <w:r>
        <w:t>dei</w:t>
      </w:r>
      <w:proofErr w:type="spellEnd"/>
      <w:r>
        <w:t xml:space="preserve"> </w:t>
      </w:r>
      <w:proofErr w:type="spellStart"/>
      <w:r>
        <w:t>Comuni</w:t>
      </w:r>
      <w:proofErr w:type="spellEnd"/>
      <w:r>
        <w:t xml:space="preserve">, </w:t>
      </w:r>
      <w:proofErr w:type="spellStart"/>
      <w:r>
        <w:t>i</w:t>
      </w:r>
      <w:proofErr w:type="spellEnd"/>
      <w:r>
        <w:t xml:space="preserve"> </w:t>
      </w:r>
      <w:proofErr w:type="spellStart"/>
      <w:r>
        <w:t>Centri</w:t>
      </w:r>
      <w:proofErr w:type="spellEnd"/>
      <w:r>
        <w:t xml:space="preserve"> per </w:t>
      </w:r>
      <w:proofErr w:type="spellStart"/>
      <w:r>
        <w:t>l'Impiego</w:t>
      </w:r>
      <w:proofErr w:type="spellEnd"/>
      <w:r>
        <w:t xml:space="preserve">, </w:t>
      </w:r>
      <w:proofErr w:type="spellStart"/>
      <w:r>
        <w:t>gli</w:t>
      </w:r>
      <w:proofErr w:type="spellEnd"/>
      <w:r>
        <w:t xml:space="preserve"> </w:t>
      </w:r>
      <w:proofErr w:type="spellStart"/>
      <w:r>
        <w:t>Istituti</w:t>
      </w:r>
      <w:proofErr w:type="spellEnd"/>
      <w:r>
        <w:t xml:space="preserve"> </w:t>
      </w:r>
      <w:proofErr w:type="spellStart"/>
      <w:r>
        <w:t>Scolastici</w:t>
      </w:r>
      <w:proofErr w:type="spellEnd"/>
      <w:r>
        <w:t xml:space="preserve">, le </w:t>
      </w:r>
      <w:proofErr w:type="spellStart"/>
      <w:r>
        <w:t>strutture</w:t>
      </w:r>
      <w:proofErr w:type="spellEnd"/>
      <w:r>
        <w:t xml:space="preserve"> </w:t>
      </w:r>
      <w:proofErr w:type="spellStart"/>
      <w:r>
        <w:t>sociosanitarie</w:t>
      </w:r>
      <w:proofErr w:type="spellEnd"/>
      <w:r>
        <w:t xml:space="preserve"> e </w:t>
      </w:r>
      <w:proofErr w:type="spellStart"/>
      <w:r>
        <w:t>gli</w:t>
      </w:r>
      <w:proofErr w:type="spellEnd"/>
      <w:r>
        <w:t xml:space="preserve"> </w:t>
      </w:r>
      <w:proofErr w:type="spellStart"/>
      <w:r>
        <w:t>altri</w:t>
      </w:r>
      <w:proofErr w:type="spellEnd"/>
      <w:r>
        <w:t xml:space="preserve"> Enti del Terzo </w:t>
      </w:r>
      <w:proofErr w:type="spellStart"/>
      <w:r>
        <w:t>Settore</w:t>
      </w:r>
      <w:proofErr w:type="spellEnd"/>
      <w:r>
        <w:t xml:space="preserve"> </w:t>
      </w:r>
      <w:proofErr w:type="spellStart"/>
      <w:r>
        <w:t>operanti</w:t>
      </w:r>
      <w:proofErr w:type="spellEnd"/>
      <w:r>
        <w:t xml:space="preserve"> </w:t>
      </w:r>
      <w:proofErr w:type="spellStart"/>
      <w:r>
        <w:t>nel</w:t>
      </w:r>
      <w:proofErr w:type="spellEnd"/>
      <w:r>
        <w:t xml:space="preserve"> </w:t>
      </w:r>
      <w:proofErr w:type="spellStart"/>
      <w:r>
        <w:t>contesto</w:t>
      </w:r>
      <w:proofErr w:type="spellEnd"/>
      <w:r>
        <w:t xml:space="preserve"> </w:t>
      </w:r>
      <w:proofErr w:type="spellStart"/>
      <w:r>
        <w:t>provinciale</w:t>
      </w:r>
      <w:proofErr w:type="spellEnd"/>
      <w:r>
        <w:t xml:space="preserve"> e </w:t>
      </w:r>
      <w:proofErr w:type="spellStart"/>
      <w:r>
        <w:t>regionale</w:t>
      </w:r>
      <w:proofErr w:type="spellEnd"/>
      <w:r>
        <w:t>.</w:t>
      </w:r>
    </w:p>
    <w:p w14:paraId="24F696A1" w14:textId="77777777" w:rsidR="00656279" w:rsidRDefault="00000000">
      <w:pPr>
        <w:spacing w:before="160" w:after="60"/>
      </w:pPr>
      <w:r>
        <w:rPr>
          <w:b/>
          <w:color w:val="4682B4"/>
          <w:sz w:val="21"/>
        </w:rPr>
        <w:t xml:space="preserve">A3. </w:t>
      </w:r>
      <w:proofErr w:type="spellStart"/>
      <w:r>
        <w:rPr>
          <w:b/>
          <w:color w:val="4682B4"/>
          <w:sz w:val="21"/>
        </w:rPr>
        <w:t>Assetto</w:t>
      </w:r>
      <w:proofErr w:type="spellEnd"/>
      <w:r>
        <w:rPr>
          <w:b/>
          <w:color w:val="4682B4"/>
          <w:sz w:val="21"/>
        </w:rPr>
        <w:t xml:space="preserve"> </w:t>
      </w:r>
      <w:proofErr w:type="spellStart"/>
      <w:r>
        <w:rPr>
          <w:b/>
          <w:color w:val="4682B4"/>
          <w:sz w:val="21"/>
        </w:rPr>
        <w:t>organizzativo</w:t>
      </w:r>
      <w:proofErr w:type="spellEnd"/>
      <w:r>
        <w:rPr>
          <w:b/>
          <w:color w:val="4682B4"/>
          <w:sz w:val="21"/>
        </w:rPr>
        <w:t xml:space="preserve"> ed équipe </w:t>
      </w:r>
      <w:proofErr w:type="spellStart"/>
      <w:r>
        <w:rPr>
          <w:b/>
          <w:color w:val="4682B4"/>
          <w:sz w:val="21"/>
        </w:rPr>
        <w:t>multidisciplinare</w:t>
      </w:r>
      <w:proofErr w:type="spellEnd"/>
      <w:r>
        <w:rPr>
          <w:b/>
          <w:color w:val="4682B4"/>
          <w:sz w:val="21"/>
        </w:rPr>
        <w:t xml:space="preserve"> del </w:t>
      </w:r>
      <w:proofErr w:type="spellStart"/>
      <w:r>
        <w:rPr>
          <w:b/>
          <w:color w:val="4682B4"/>
          <w:sz w:val="21"/>
        </w:rPr>
        <w:t>Raggruppamento</w:t>
      </w:r>
      <w:proofErr w:type="spellEnd"/>
      <w:r>
        <w:rPr>
          <w:b/>
          <w:color w:val="4682B4"/>
          <w:sz w:val="21"/>
        </w:rPr>
        <w:t xml:space="preserve"> (0–10 </w:t>
      </w:r>
      <w:proofErr w:type="spellStart"/>
      <w:r>
        <w:rPr>
          <w:b/>
          <w:color w:val="4682B4"/>
          <w:sz w:val="21"/>
        </w:rPr>
        <w:t>Punti</w:t>
      </w:r>
      <w:proofErr w:type="spellEnd"/>
      <w:r>
        <w:rPr>
          <w:b/>
          <w:color w:val="4682B4"/>
          <w:sz w:val="21"/>
        </w:rPr>
        <w:t>)</w:t>
      </w:r>
    </w:p>
    <w:p w14:paraId="22FD6CB7" w14:textId="77777777" w:rsidR="00656279" w:rsidRDefault="00000000">
      <w:pPr>
        <w:spacing w:after="120"/>
        <w:jc w:val="both"/>
      </w:pPr>
      <w:proofErr w:type="spellStart"/>
      <w:r>
        <w:t>Organigramma</w:t>
      </w:r>
      <w:proofErr w:type="spellEnd"/>
      <w:r>
        <w:t xml:space="preserve"> </w:t>
      </w:r>
      <w:proofErr w:type="spellStart"/>
      <w:r>
        <w:t>analitico</w:t>
      </w:r>
      <w:proofErr w:type="spellEnd"/>
      <w:r>
        <w:t xml:space="preserve"> </w:t>
      </w:r>
      <w:proofErr w:type="spellStart"/>
      <w:r>
        <w:t>complessivo</w:t>
      </w:r>
      <w:proofErr w:type="spellEnd"/>
      <w:r>
        <w:t xml:space="preserve"> del </w:t>
      </w:r>
      <w:proofErr w:type="spellStart"/>
      <w:r>
        <w:t>Raggruppamento</w:t>
      </w:r>
      <w:proofErr w:type="spellEnd"/>
      <w:r>
        <w:t xml:space="preserve"> (RTI/ATS) e del </w:t>
      </w:r>
      <w:proofErr w:type="spellStart"/>
      <w:r>
        <w:t>modello</w:t>
      </w:r>
      <w:proofErr w:type="spellEnd"/>
      <w:r>
        <w:t xml:space="preserve"> di governance </w:t>
      </w:r>
      <w:proofErr w:type="spellStart"/>
      <w:r>
        <w:t>coordinata</w:t>
      </w:r>
      <w:proofErr w:type="spellEnd"/>
      <w:r>
        <w:t xml:space="preserve"> del </w:t>
      </w:r>
      <w:proofErr w:type="spellStart"/>
      <w:r>
        <w:t>progetto</w:t>
      </w:r>
      <w:proofErr w:type="spellEnd"/>
      <w:r>
        <w:t xml:space="preserve">. </w:t>
      </w:r>
      <w:proofErr w:type="spellStart"/>
      <w:r>
        <w:t>Descrizione</w:t>
      </w:r>
      <w:proofErr w:type="spellEnd"/>
      <w:r>
        <w:t xml:space="preserve"> </w:t>
      </w:r>
      <w:proofErr w:type="spellStart"/>
      <w:r>
        <w:t>dettagliata</w:t>
      </w:r>
      <w:proofErr w:type="spellEnd"/>
      <w:r>
        <w:t xml:space="preserve"> </w:t>
      </w:r>
      <w:proofErr w:type="spellStart"/>
      <w:r>
        <w:t>dei</w:t>
      </w:r>
      <w:proofErr w:type="spellEnd"/>
      <w:r>
        <w:t xml:space="preserve"> </w:t>
      </w:r>
      <w:proofErr w:type="spellStart"/>
      <w:r>
        <w:t>ruoli</w:t>
      </w:r>
      <w:proofErr w:type="spellEnd"/>
      <w:r>
        <w:t xml:space="preserve">, </w:t>
      </w:r>
      <w:proofErr w:type="spellStart"/>
      <w:r>
        <w:t>della</w:t>
      </w:r>
      <w:proofErr w:type="spellEnd"/>
      <w:r>
        <w:t xml:space="preserve"> </w:t>
      </w:r>
      <w:proofErr w:type="spellStart"/>
      <w:r>
        <w:t>ripartizione</w:t>
      </w:r>
      <w:proofErr w:type="spellEnd"/>
      <w:r>
        <w:t xml:space="preserve"> </w:t>
      </w:r>
      <w:proofErr w:type="spellStart"/>
      <w:r>
        <w:t>delle</w:t>
      </w:r>
      <w:proofErr w:type="spellEnd"/>
      <w:r>
        <w:t xml:space="preserve"> </w:t>
      </w:r>
      <w:proofErr w:type="spellStart"/>
      <w:r>
        <w:t>funzioni</w:t>
      </w:r>
      <w:proofErr w:type="spellEnd"/>
      <w:r>
        <w:t xml:space="preserve"> operative </w:t>
      </w:r>
      <w:proofErr w:type="spellStart"/>
      <w:r>
        <w:t>tra</w:t>
      </w:r>
      <w:proofErr w:type="spellEnd"/>
      <w:r>
        <w:t xml:space="preserve"> </w:t>
      </w:r>
      <w:proofErr w:type="spellStart"/>
      <w:r>
        <w:t>Capogruppo</w:t>
      </w:r>
      <w:proofErr w:type="spellEnd"/>
      <w:r>
        <w:t xml:space="preserve"> e </w:t>
      </w:r>
      <w:proofErr w:type="spellStart"/>
      <w:r>
        <w:t>Mandanti</w:t>
      </w:r>
      <w:proofErr w:type="spellEnd"/>
      <w:r>
        <w:t xml:space="preserve">, e </w:t>
      </w:r>
      <w:proofErr w:type="spellStart"/>
      <w:r>
        <w:t>sintetici</w:t>
      </w:r>
      <w:proofErr w:type="spellEnd"/>
      <w:r>
        <w:t xml:space="preserve"> CV </w:t>
      </w:r>
      <w:proofErr w:type="spellStart"/>
      <w:r>
        <w:t>degli</w:t>
      </w:r>
      <w:proofErr w:type="spellEnd"/>
      <w:r>
        <w:t xml:space="preserve"> </w:t>
      </w:r>
      <w:proofErr w:type="spellStart"/>
      <w:r>
        <w:t>operatori</w:t>
      </w:r>
      <w:proofErr w:type="spellEnd"/>
      <w:r>
        <w:t xml:space="preserve"> </w:t>
      </w:r>
      <w:proofErr w:type="spellStart"/>
      <w:r>
        <w:t>dedicati</w:t>
      </w:r>
      <w:proofErr w:type="spellEnd"/>
      <w:r>
        <w:t xml:space="preserve"> (</w:t>
      </w:r>
      <w:proofErr w:type="spellStart"/>
      <w:r>
        <w:t>Coordinatore</w:t>
      </w:r>
      <w:proofErr w:type="spellEnd"/>
      <w:r>
        <w:t xml:space="preserve"> di </w:t>
      </w:r>
      <w:proofErr w:type="spellStart"/>
      <w:r>
        <w:t>progetto</w:t>
      </w:r>
      <w:proofErr w:type="spellEnd"/>
      <w:r>
        <w:t xml:space="preserve">, </w:t>
      </w:r>
      <w:proofErr w:type="spellStart"/>
      <w:r>
        <w:t>Assistente</w:t>
      </w:r>
      <w:proofErr w:type="spellEnd"/>
      <w:r>
        <w:t xml:space="preserve"> </w:t>
      </w:r>
      <w:proofErr w:type="spellStart"/>
      <w:r>
        <w:t>Sociale</w:t>
      </w:r>
      <w:proofErr w:type="spellEnd"/>
      <w:r>
        <w:t xml:space="preserve">, </w:t>
      </w:r>
      <w:proofErr w:type="spellStart"/>
      <w:r>
        <w:t>Educatori</w:t>
      </w:r>
      <w:proofErr w:type="spellEnd"/>
      <w:r>
        <w:t xml:space="preserve"> </w:t>
      </w:r>
      <w:proofErr w:type="spellStart"/>
      <w:r>
        <w:t>Professionali</w:t>
      </w:r>
      <w:proofErr w:type="spellEnd"/>
      <w:r>
        <w:t xml:space="preserve">, </w:t>
      </w:r>
      <w:proofErr w:type="spellStart"/>
      <w:r>
        <w:t>Psicologo</w:t>
      </w:r>
      <w:proofErr w:type="spellEnd"/>
      <w:r>
        <w:t>/</w:t>
      </w:r>
      <w:proofErr w:type="spellStart"/>
      <w:r>
        <w:t>Psicoterapeuta</w:t>
      </w:r>
      <w:proofErr w:type="spellEnd"/>
      <w:r>
        <w:t xml:space="preserve">, </w:t>
      </w:r>
      <w:proofErr w:type="spellStart"/>
      <w:r>
        <w:t>Mediatori</w:t>
      </w:r>
      <w:proofErr w:type="spellEnd"/>
      <w:r>
        <w:t xml:space="preserve"> </w:t>
      </w:r>
      <w:proofErr w:type="spellStart"/>
      <w:r>
        <w:t>Linguistico-Culturali</w:t>
      </w:r>
      <w:proofErr w:type="spellEnd"/>
      <w:r>
        <w:t xml:space="preserve">, </w:t>
      </w:r>
      <w:proofErr w:type="spellStart"/>
      <w:r>
        <w:t>Operatore</w:t>
      </w:r>
      <w:proofErr w:type="spellEnd"/>
      <w:r>
        <w:t xml:space="preserve"> </w:t>
      </w:r>
      <w:proofErr w:type="spellStart"/>
      <w:r>
        <w:t>Legale</w:t>
      </w:r>
      <w:proofErr w:type="spellEnd"/>
      <w:r>
        <w:t xml:space="preserve">, </w:t>
      </w:r>
      <w:proofErr w:type="spellStart"/>
      <w:r>
        <w:t>Operatori</w:t>
      </w:r>
      <w:proofErr w:type="spellEnd"/>
      <w:r>
        <w:t xml:space="preserve"> Socio-</w:t>
      </w:r>
      <w:proofErr w:type="spellStart"/>
      <w:r>
        <w:t>Sanitari</w:t>
      </w:r>
      <w:proofErr w:type="spellEnd"/>
      <w:r>
        <w:t xml:space="preserve">/OSS), </w:t>
      </w:r>
      <w:proofErr w:type="spellStart"/>
      <w:r>
        <w:t>specificando</w:t>
      </w:r>
      <w:proofErr w:type="spellEnd"/>
      <w:r>
        <w:t xml:space="preserve"> le </w:t>
      </w:r>
      <w:proofErr w:type="spellStart"/>
      <w:r>
        <w:t>competenze</w:t>
      </w:r>
      <w:proofErr w:type="spellEnd"/>
      <w:r>
        <w:t xml:space="preserve"> </w:t>
      </w:r>
      <w:proofErr w:type="spellStart"/>
      <w:r>
        <w:t>idonee</w:t>
      </w:r>
      <w:proofErr w:type="spellEnd"/>
      <w:r>
        <w:t xml:space="preserve"> per la presa in </w:t>
      </w:r>
      <w:proofErr w:type="spellStart"/>
      <w:r>
        <w:t>carico</w:t>
      </w:r>
      <w:proofErr w:type="spellEnd"/>
      <w:r>
        <w:t xml:space="preserve"> di </w:t>
      </w:r>
      <w:proofErr w:type="spellStart"/>
      <w:r>
        <w:t>soggetti</w:t>
      </w:r>
      <w:proofErr w:type="spellEnd"/>
      <w:r>
        <w:t xml:space="preserve"> </w:t>
      </w:r>
      <w:proofErr w:type="spellStart"/>
      <w:r>
        <w:t>vulnerabili</w:t>
      </w:r>
      <w:proofErr w:type="spellEnd"/>
      <w:r>
        <w:t xml:space="preserve">, il </w:t>
      </w:r>
      <w:proofErr w:type="spellStart"/>
      <w:r>
        <w:t>numero</w:t>
      </w:r>
      <w:proofErr w:type="spellEnd"/>
      <w:r>
        <w:t xml:space="preserve"> di </w:t>
      </w:r>
      <w:proofErr w:type="spellStart"/>
      <w:r>
        <w:t>risorse</w:t>
      </w:r>
      <w:proofErr w:type="spellEnd"/>
      <w:r>
        <w:t xml:space="preserve"> ed il monte ore </w:t>
      </w:r>
      <w:proofErr w:type="spellStart"/>
      <w:r>
        <w:t>settimanale</w:t>
      </w:r>
      <w:proofErr w:type="spellEnd"/>
      <w:r>
        <w:t xml:space="preserve"> </w:t>
      </w:r>
      <w:proofErr w:type="spellStart"/>
      <w:r>
        <w:t>dedicato</w:t>
      </w:r>
      <w:proofErr w:type="spellEnd"/>
      <w:r>
        <w:t xml:space="preserve"> per </w:t>
      </w:r>
      <w:proofErr w:type="spellStart"/>
      <w:r>
        <w:t>ciascun</w:t>
      </w:r>
      <w:proofErr w:type="spellEnd"/>
      <w:r>
        <w:t xml:space="preserve"> </w:t>
      </w:r>
      <w:proofErr w:type="spellStart"/>
      <w:r>
        <w:t>ente</w:t>
      </w:r>
      <w:proofErr w:type="spellEnd"/>
      <w:r>
        <w:t>.</w:t>
      </w:r>
    </w:p>
    <w:p w14:paraId="6F40743B" w14:textId="77777777" w:rsidR="00656279" w:rsidRDefault="00000000">
      <w:pPr>
        <w:spacing w:before="280" w:after="120"/>
      </w:pPr>
      <w:r>
        <w:rPr>
          <w:b/>
          <w:color w:val="003366"/>
          <w:sz w:val="23"/>
        </w:rPr>
        <w:lastRenderedPageBreak/>
        <w:t xml:space="preserve">SEZIONE 2: ATTUAZIONE ED ARTICOLAZIONE DEL PROGETTO (Max 60 </w:t>
      </w:r>
      <w:proofErr w:type="spellStart"/>
      <w:r>
        <w:rPr>
          <w:b/>
          <w:color w:val="003366"/>
          <w:sz w:val="23"/>
        </w:rPr>
        <w:t>Punti</w:t>
      </w:r>
      <w:proofErr w:type="spellEnd"/>
      <w:r>
        <w:rPr>
          <w:b/>
          <w:color w:val="003366"/>
          <w:sz w:val="23"/>
        </w:rPr>
        <w:t xml:space="preserve"> – Soglia Minima di </w:t>
      </w:r>
      <w:proofErr w:type="spellStart"/>
      <w:r>
        <w:rPr>
          <w:b/>
          <w:color w:val="003366"/>
          <w:sz w:val="23"/>
        </w:rPr>
        <w:t>Idoneità</w:t>
      </w:r>
      <w:proofErr w:type="spellEnd"/>
      <w:r>
        <w:rPr>
          <w:b/>
          <w:color w:val="003366"/>
          <w:sz w:val="23"/>
        </w:rPr>
        <w:t xml:space="preserve">: 42 </w:t>
      </w:r>
      <w:proofErr w:type="spellStart"/>
      <w:r>
        <w:rPr>
          <w:b/>
          <w:color w:val="003366"/>
          <w:sz w:val="23"/>
        </w:rPr>
        <w:t>Punti</w:t>
      </w:r>
      <w:proofErr w:type="spellEnd"/>
      <w:r>
        <w:rPr>
          <w:b/>
          <w:color w:val="003366"/>
          <w:sz w:val="23"/>
        </w:rPr>
        <w:t>)</w:t>
      </w:r>
    </w:p>
    <w:p w14:paraId="16B7EDC7" w14:textId="77777777" w:rsidR="00656279" w:rsidRDefault="00000000">
      <w:pPr>
        <w:spacing w:before="160" w:after="60"/>
      </w:pPr>
      <w:r>
        <w:rPr>
          <w:b/>
          <w:color w:val="4682B4"/>
          <w:sz w:val="21"/>
        </w:rPr>
        <w:t xml:space="preserve">B1. </w:t>
      </w:r>
      <w:proofErr w:type="spellStart"/>
      <w:r>
        <w:rPr>
          <w:b/>
          <w:color w:val="4682B4"/>
          <w:sz w:val="21"/>
        </w:rPr>
        <w:t>Gestione</w:t>
      </w:r>
      <w:proofErr w:type="spellEnd"/>
      <w:r>
        <w:rPr>
          <w:b/>
          <w:color w:val="4682B4"/>
          <w:sz w:val="21"/>
        </w:rPr>
        <w:t xml:space="preserve"> </w:t>
      </w:r>
      <w:proofErr w:type="spellStart"/>
      <w:r>
        <w:rPr>
          <w:b/>
          <w:color w:val="4682B4"/>
          <w:sz w:val="21"/>
        </w:rPr>
        <w:t>accoglienza</w:t>
      </w:r>
      <w:proofErr w:type="spellEnd"/>
      <w:r>
        <w:rPr>
          <w:b/>
          <w:color w:val="4682B4"/>
          <w:sz w:val="21"/>
        </w:rPr>
        <w:t xml:space="preserve"> </w:t>
      </w:r>
      <w:proofErr w:type="spellStart"/>
      <w:r>
        <w:rPr>
          <w:b/>
          <w:color w:val="4682B4"/>
          <w:sz w:val="21"/>
        </w:rPr>
        <w:t>materiale</w:t>
      </w:r>
      <w:proofErr w:type="spellEnd"/>
      <w:r>
        <w:rPr>
          <w:b/>
          <w:color w:val="4682B4"/>
          <w:sz w:val="21"/>
        </w:rPr>
        <w:t xml:space="preserve">, </w:t>
      </w:r>
      <w:proofErr w:type="spellStart"/>
      <w:r>
        <w:rPr>
          <w:b/>
          <w:color w:val="4682B4"/>
          <w:sz w:val="21"/>
        </w:rPr>
        <w:t>vitto</w:t>
      </w:r>
      <w:proofErr w:type="spellEnd"/>
      <w:r>
        <w:rPr>
          <w:b/>
          <w:color w:val="4682B4"/>
          <w:sz w:val="21"/>
        </w:rPr>
        <w:t xml:space="preserve">, pocket money e </w:t>
      </w:r>
      <w:proofErr w:type="spellStart"/>
      <w:r>
        <w:rPr>
          <w:b/>
          <w:color w:val="4682B4"/>
          <w:sz w:val="21"/>
        </w:rPr>
        <w:t>relazioni</w:t>
      </w:r>
      <w:proofErr w:type="spellEnd"/>
      <w:r>
        <w:rPr>
          <w:b/>
          <w:color w:val="4682B4"/>
          <w:sz w:val="21"/>
        </w:rPr>
        <w:t xml:space="preserve"> con </w:t>
      </w:r>
      <w:proofErr w:type="spellStart"/>
      <w:r>
        <w:rPr>
          <w:b/>
          <w:color w:val="4682B4"/>
          <w:sz w:val="21"/>
        </w:rPr>
        <w:t>i</w:t>
      </w:r>
      <w:proofErr w:type="spellEnd"/>
      <w:r>
        <w:rPr>
          <w:b/>
          <w:color w:val="4682B4"/>
          <w:sz w:val="21"/>
        </w:rPr>
        <w:t xml:space="preserve"> </w:t>
      </w:r>
      <w:proofErr w:type="spellStart"/>
      <w:r>
        <w:rPr>
          <w:b/>
          <w:color w:val="4682B4"/>
          <w:sz w:val="21"/>
        </w:rPr>
        <w:t>beneficiari</w:t>
      </w:r>
      <w:proofErr w:type="spellEnd"/>
      <w:r>
        <w:rPr>
          <w:b/>
          <w:color w:val="4682B4"/>
          <w:sz w:val="21"/>
        </w:rPr>
        <w:t xml:space="preserve"> (0–10 </w:t>
      </w:r>
      <w:proofErr w:type="spellStart"/>
      <w:r>
        <w:rPr>
          <w:b/>
          <w:color w:val="4682B4"/>
          <w:sz w:val="21"/>
        </w:rPr>
        <w:t>Punti</w:t>
      </w:r>
      <w:proofErr w:type="spellEnd"/>
      <w:r>
        <w:rPr>
          <w:b/>
          <w:color w:val="4682B4"/>
          <w:sz w:val="21"/>
        </w:rPr>
        <w:t>)</w:t>
      </w:r>
    </w:p>
    <w:p w14:paraId="2929A5F7" w14:textId="77777777" w:rsidR="00656279" w:rsidRDefault="00000000">
      <w:pPr>
        <w:spacing w:after="120"/>
        <w:jc w:val="both"/>
      </w:pPr>
      <w:proofErr w:type="spellStart"/>
      <w:r>
        <w:t>Modalità</w:t>
      </w:r>
      <w:proofErr w:type="spellEnd"/>
      <w:r>
        <w:t xml:space="preserve"> operative ed </w:t>
      </w:r>
      <w:proofErr w:type="spellStart"/>
      <w:r>
        <w:t>organizzative</w:t>
      </w:r>
      <w:proofErr w:type="spellEnd"/>
      <w:r>
        <w:t xml:space="preserve"> di </w:t>
      </w:r>
      <w:proofErr w:type="spellStart"/>
      <w:r>
        <w:t>erogazione</w:t>
      </w:r>
      <w:proofErr w:type="spellEnd"/>
      <w:r>
        <w:t xml:space="preserve"> </w:t>
      </w:r>
      <w:proofErr w:type="spellStart"/>
      <w:r>
        <w:t>dell'accoglienza</w:t>
      </w:r>
      <w:proofErr w:type="spellEnd"/>
      <w:r>
        <w:t xml:space="preserve"> </w:t>
      </w:r>
      <w:proofErr w:type="spellStart"/>
      <w:r>
        <w:t>materiale</w:t>
      </w:r>
      <w:proofErr w:type="spellEnd"/>
      <w:r>
        <w:t xml:space="preserve">, </w:t>
      </w:r>
      <w:proofErr w:type="spellStart"/>
      <w:r>
        <w:t>fornitura</w:t>
      </w:r>
      <w:proofErr w:type="spellEnd"/>
      <w:r>
        <w:t xml:space="preserve"> di </w:t>
      </w:r>
      <w:proofErr w:type="spellStart"/>
      <w:r>
        <w:t>vitto</w:t>
      </w:r>
      <w:proofErr w:type="spellEnd"/>
      <w:r>
        <w:t xml:space="preserve"> e </w:t>
      </w:r>
      <w:proofErr w:type="spellStart"/>
      <w:r>
        <w:t>beni</w:t>
      </w:r>
      <w:proofErr w:type="spellEnd"/>
      <w:r>
        <w:t xml:space="preserve"> di prima </w:t>
      </w:r>
      <w:proofErr w:type="spellStart"/>
      <w:r>
        <w:t>necessità</w:t>
      </w:r>
      <w:proofErr w:type="spellEnd"/>
      <w:r>
        <w:t xml:space="preserve"> </w:t>
      </w:r>
      <w:proofErr w:type="spellStart"/>
      <w:r>
        <w:t>adeguati</w:t>
      </w:r>
      <w:proofErr w:type="spellEnd"/>
      <w:r>
        <w:t xml:space="preserve"> alle </w:t>
      </w:r>
      <w:proofErr w:type="spellStart"/>
      <w:r>
        <w:t>specifiche</w:t>
      </w:r>
      <w:proofErr w:type="spellEnd"/>
      <w:r>
        <w:t xml:space="preserve"> </w:t>
      </w:r>
      <w:proofErr w:type="spellStart"/>
      <w:r>
        <w:t>patologie</w:t>
      </w:r>
      <w:proofErr w:type="spellEnd"/>
      <w:r>
        <w:t>/</w:t>
      </w:r>
      <w:proofErr w:type="spellStart"/>
      <w:r>
        <w:t>esigenze</w:t>
      </w:r>
      <w:proofErr w:type="spellEnd"/>
      <w:r>
        <w:t xml:space="preserve"> </w:t>
      </w:r>
      <w:proofErr w:type="spellStart"/>
      <w:r>
        <w:t>dei</w:t>
      </w:r>
      <w:proofErr w:type="spellEnd"/>
      <w:r>
        <w:t xml:space="preserve"> </w:t>
      </w:r>
      <w:proofErr w:type="spellStart"/>
      <w:r>
        <w:t>beneficiari</w:t>
      </w:r>
      <w:proofErr w:type="spellEnd"/>
      <w:r>
        <w:t xml:space="preserve">. Procedure di </w:t>
      </w:r>
      <w:proofErr w:type="spellStart"/>
      <w:r>
        <w:t>erogazione</w:t>
      </w:r>
      <w:proofErr w:type="spellEnd"/>
      <w:r>
        <w:t xml:space="preserve"> e </w:t>
      </w:r>
      <w:proofErr w:type="spellStart"/>
      <w:r>
        <w:t>tracciabilità</w:t>
      </w:r>
      <w:proofErr w:type="spellEnd"/>
      <w:r>
        <w:t xml:space="preserve"> del pocket money e </w:t>
      </w:r>
      <w:proofErr w:type="spellStart"/>
      <w:r>
        <w:t>della</w:t>
      </w:r>
      <w:proofErr w:type="spellEnd"/>
      <w:r>
        <w:t xml:space="preserve"> Carta </w:t>
      </w:r>
      <w:proofErr w:type="spellStart"/>
      <w:r>
        <w:t>Acquisti</w:t>
      </w:r>
      <w:proofErr w:type="spellEnd"/>
      <w:r>
        <w:t xml:space="preserve">. </w:t>
      </w:r>
      <w:proofErr w:type="spellStart"/>
      <w:r>
        <w:t>Modalità</w:t>
      </w:r>
      <w:proofErr w:type="spellEnd"/>
      <w:r>
        <w:t xml:space="preserve"> di </w:t>
      </w:r>
      <w:proofErr w:type="spellStart"/>
      <w:r>
        <w:t>gestione</w:t>
      </w:r>
      <w:proofErr w:type="spellEnd"/>
      <w:r>
        <w:t xml:space="preserve"> </w:t>
      </w:r>
      <w:proofErr w:type="spellStart"/>
      <w:r>
        <w:t>delle</w:t>
      </w:r>
      <w:proofErr w:type="spellEnd"/>
      <w:r>
        <w:t xml:space="preserve"> </w:t>
      </w:r>
      <w:proofErr w:type="spellStart"/>
      <w:r>
        <w:t>relazioni</w:t>
      </w:r>
      <w:proofErr w:type="spellEnd"/>
      <w:r>
        <w:t xml:space="preserve"> con </w:t>
      </w:r>
      <w:proofErr w:type="spellStart"/>
      <w:r>
        <w:t>i</w:t>
      </w:r>
      <w:proofErr w:type="spellEnd"/>
      <w:r>
        <w:t xml:space="preserve"> </w:t>
      </w:r>
      <w:proofErr w:type="spellStart"/>
      <w:r>
        <w:t>beneficiari</w:t>
      </w:r>
      <w:proofErr w:type="spellEnd"/>
      <w:r>
        <w:t xml:space="preserve">, </w:t>
      </w:r>
      <w:proofErr w:type="spellStart"/>
      <w:r>
        <w:t>protocolli</w:t>
      </w:r>
      <w:proofErr w:type="spellEnd"/>
      <w:r>
        <w:t xml:space="preserve"> di </w:t>
      </w:r>
      <w:proofErr w:type="spellStart"/>
      <w:r>
        <w:t>trasparenza</w:t>
      </w:r>
      <w:proofErr w:type="spellEnd"/>
      <w:r>
        <w:t xml:space="preserve">, </w:t>
      </w:r>
      <w:proofErr w:type="spellStart"/>
      <w:r>
        <w:t>prevenzione</w:t>
      </w:r>
      <w:proofErr w:type="spellEnd"/>
      <w:r>
        <w:t xml:space="preserve"> e </w:t>
      </w:r>
      <w:proofErr w:type="spellStart"/>
      <w:r>
        <w:t>gestione</w:t>
      </w:r>
      <w:proofErr w:type="spellEnd"/>
      <w:r>
        <w:t xml:space="preserve"> </w:t>
      </w:r>
      <w:proofErr w:type="spellStart"/>
      <w:r>
        <w:t>delle</w:t>
      </w:r>
      <w:proofErr w:type="spellEnd"/>
      <w:r>
        <w:t xml:space="preserve"> </w:t>
      </w:r>
      <w:proofErr w:type="spellStart"/>
      <w:r>
        <w:t>conflittualità</w:t>
      </w:r>
      <w:proofErr w:type="spellEnd"/>
      <w:r>
        <w:t xml:space="preserve"> interne ed </w:t>
      </w:r>
      <w:proofErr w:type="spellStart"/>
      <w:r>
        <w:t>esterne</w:t>
      </w:r>
      <w:proofErr w:type="spellEnd"/>
      <w:r>
        <w:t xml:space="preserve"> e tutela </w:t>
      </w:r>
      <w:proofErr w:type="spellStart"/>
      <w:r>
        <w:t>della</w:t>
      </w:r>
      <w:proofErr w:type="spellEnd"/>
      <w:r>
        <w:t xml:space="preserve"> privacy </w:t>
      </w:r>
      <w:proofErr w:type="spellStart"/>
      <w:r>
        <w:t>nell'ambito</w:t>
      </w:r>
      <w:proofErr w:type="spellEnd"/>
      <w:r>
        <w:t xml:space="preserve"> </w:t>
      </w:r>
      <w:proofErr w:type="spellStart"/>
      <w:r>
        <w:t>della</w:t>
      </w:r>
      <w:proofErr w:type="spellEnd"/>
      <w:r>
        <w:t xml:space="preserve"> rete </w:t>
      </w:r>
      <w:proofErr w:type="spellStart"/>
      <w:r>
        <w:t>gestore</w:t>
      </w:r>
      <w:proofErr w:type="spellEnd"/>
      <w:r>
        <w:t>.</w:t>
      </w:r>
    </w:p>
    <w:p w14:paraId="3DD0B0D3" w14:textId="77777777" w:rsidR="00656279" w:rsidRDefault="00000000">
      <w:pPr>
        <w:spacing w:before="160" w:after="60"/>
      </w:pPr>
      <w:r>
        <w:rPr>
          <w:b/>
          <w:color w:val="4682B4"/>
          <w:sz w:val="21"/>
        </w:rPr>
        <w:t xml:space="preserve">B2. </w:t>
      </w:r>
      <w:proofErr w:type="spellStart"/>
      <w:r>
        <w:rPr>
          <w:b/>
          <w:color w:val="4682B4"/>
          <w:sz w:val="21"/>
        </w:rPr>
        <w:t>Inserimento</w:t>
      </w:r>
      <w:proofErr w:type="spellEnd"/>
      <w:r>
        <w:rPr>
          <w:b/>
          <w:color w:val="4682B4"/>
          <w:sz w:val="21"/>
        </w:rPr>
        <w:t xml:space="preserve"> </w:t>
      </w:r>
      <w:proofErr w:type="spellStart"/>
      <w:r>
        <w:rPr>
          <w:b/>
          <w:color w:val="4682B4"/>
          <w:sz w:val="21"/>
        </w:rPr>
        <w:t>linguistico</w:t>
      </w:r>
      <w:proofErr w:type="spellEnd"/>
      <w:r>
        <w:rPr>
          <w:b/>
          <w:color w:val="4682B4"/>
          <w:sz w:val="21"/>
        </w:rPr>
        <w:t xml:space="preserve">, </w:t>
      </w:r>
      <w:proofErr w:type="spellStart"/>
      <w:r>
        <w:rPr>
          <w:b/>
          <w:color w:val="4682B4"/>
          <w:sz w:val="21"/>
        </w:rPr>
        <w:t>culturale</w:t>
      </w:r>
      <w:proofErr w:type="spellEnd"/>
      <w:r>
        <w:rPr>
          <w:b/>
          <w:color w:val="4682B4"/>
          <w:sz w:val="21"/>
        </w:rPr>
        <w:t xml:space="preserve">, </w:t>
      </w:r>
      <w:proofErr w:type="spellStart"/>
      <w:r>
        <w:rPr>
          <w:b/>
          <w:color w:val="4682B4"/>
          <w:sz w:val="21"/>
        </w:rPr>
        <w:t>sociale</w:t>
      </w:r>
      <w:proofErr w:type="spellEnd"/>
      <w:r>
        <w:rPr>
          <w:b/>
          <w:color w:val="4682B4"/>
          <w:sz w:val="21"/>
        </w:rPr>
        <w:t xml:space="preserve"> e tutela </w:t>
      </w:r>
      <w:proofErr w:type="spellStart"/>
      <w:r>
        <w:rPr>
          <w:b/>
          <w:color w:val="4682B4"/>
          <w:sz w:val="21"/>
        </w:rPr>
        <w:t>psico</w:t>
      </w:r>
      <w:proofErr w:type="spellEnd"/>
      <w:r>
        <w:rPr>
          <w:b/>
          <w:color w:val="4682B4"/>
          <w:sz w:val="21"/>
        </w:rPr>
        <w:t xml:space="preserve">-socio-sanitaria (0–10 </w:t>
      </w:r>
      <w:proofErr w:type="spellStart"/>
      <w:r>
        <w:rPr>
          <w:b/>
          <w:color w:val="4682B4"/>
          <w:sz w:val="21"/>
        </w:rPr>
        <w:t>Punti</w:t>
      </w:r>
      <w:proofErr w:type="spellEnd"/>
      <w:r>
        <w:rPr>
          <w:b/>
          <w:color w:val="4682B4"/>
          <w:sz w:val="21"/>
        </w:rPr>
        <w:t>)</w:t>
      </w:r>
    </w:p>
    <w:p w14:paraId="0A1C5C0F" w14:textId="77777777" w:rsidR="00656279" w:rsidRDefault="00000000">
      <w:pPr>
        <w:spacing w:after="120"/>
        <w:jc w:val="both"/>
      </w:pPr>
      <w:proofErr w:type="spellStart"/>
      <w:r>
        <w:t>Articolazione</w:t>
      </w:r>
      <w:proofErr w:type="spellEnd"/>
      <w:r>
        <w:t xml:space="preserve"> </w:t>
      </w:r>
      <w:proofErr w:type="spellStart"/>
      <w:r>
        <w:t>dei</w:t>
      </w:r>
      <w:proofErr w:type="spellEnd"/>
      <w:r>
        <w:t xml:space="preserve"> </w:t>
      </w:r>
      <w:proofErr w:type="spellStart"/>
      <w:r>
        <w:t>percorsi</w:t>
      </w:r>
      <w:proofErr w:type="spellEnd"/>
      <w:r>
        <w:t xml:space="preserve"> di </w:t>
      </w:r>
      <w:proofErr w:type="spellStart"/>
      <w:r>
        <w:t>apprendimento</w:t>
      </w:r>
      <w:proofErr w:type="spellEnd"/>
      <w:r>
        <w:t xml:space="preserve"> </w:t>
      </w:r>
      <w:proofErr w:type="spellStart"/>
      <w:r>
        <w:t>della</w:t>
      </w:r>
      <w:proofErr w:type="spellEnd"/>
      <w:r>
        <w:t xml:space="preserve"> lingua </w:t>
      </w:r>
      <w:proofErr w:type="spellStart"/>
      <w:r>
        <w:t>italiana</w:t>
      </w:r>
      <w:proofErr w:type="spellEnd"/>
      <w:r>
        <w:t xml:space="preserve"> (L2) ed </w:t>
      </w:r>
      <w:proofErr w:type="spellStart"/>
      <w:r>
        <w:t>alfabetizzazione</w:t>
      </w:r>
      <w:proofErr w:type="spellEnd"/>
      <w:r>
        <w:t xml:space="preserve"> </w:t>
      </w:r>
      <w:proofErr w:type="spellStart"/>
      <w:r>
        <w:t>funzionale</w:t>
      </w:r>
      <w:proofErr w:type="spellEnd"/>
      <w:r>
        <w:t xml:space="preserve"> </w:t>
      </w:r>
      <w:proofErr w:type="spellStart"/>
      <w:r>
        <w:t>adattati</w:t>
      </w:r>
      <w:proofErr w:type="spellEnd"/>
      <w:r>
        <w:t xml:space="preserve">. </w:t>
      </w:r>
      <w:proofErr w:type="spellStart"/>
      <w:r>
        <w:t>Attività</w:t>
      </w:r>
      <w:proofErr w:type="spellEnd"/>
      <w:r>
        <w:t xml:space="preserve"> </w:t>
      </w:r>
      <w:proofErr w:type="spellStart"/>
      <w:r>
        <w:t>continuativa</w:t>
      </w:r>
      <w:proofErr w:type="spellEnd"/>
      <w:r>
        <w:t xml:space="preserve"> di </w:t>
      </w:r>
      <w:proofErr w:type="spellStart"/>
      <w:r>
        <w:t>mediazione</w:t>
      </w:r>
      <w:proofErr w:type="spellEnd"/>
      <w:r>
        <w:t xml:space="preserve"> </w:t>
      </w:r>
      <w:proofErr w:type="spellStart"/>
      <w:r>
        <w:t>linguistico-culturale</w:t>
      </w:r>
      <w:proofErr w:type="spellEnd"/>
      <w:r>
        <w:t xml:space="preserve">. </w:t>
      </w:r>
      <w:proofErr w:type="spellStart"/>
      <w:r>
        <w:t>Piani</w:t>
      </w:r>
      <w:proofErr w:type="spellEnd"/>
      <w:r>
        <w:t xml:space="preserve"> di </w:t>
      </w:r>
      <w:proofErr w:type="spellStart"/>
      <w:r>
        <w:t>orientamento</w:t>
      </w:r>
      <w:proofErr w:type="spellEnd"/>
      <w:r>
        <w:t xml:space="preserve"> e </w:t>
      </w:r>
      <w:proofErr w:type="spellStart"/>
      <w:r>
        <w:t>garanzia</w:t>
      </w:r>
      <w:proofErr w:type="spellEnd"/>
      <w:r>
        <w:t xml:space="preserve"> </w:t>
      </w:r>
      <w:proofErr w:type="spellStart"/>
      <w:r>
        <w:t>d'accesso</w:t>
      </w:r>
      <w:proofErr w:type="spellEnd"/>
      <w:r>
        <w:t xml:space="preserve"> ai </w:t>
      </w:r>
      <w:proofErr w:type="spellStart"/>
      <w:r>
        <w:t>servizi</w:t>
      </w:r>
      <w:proofErr w:type="spellEnd"/>
      <w:r>
        <w:t xml:space="preserve"> socio-</w:t>
      </w:r>
      <w:proofErr w:type="spellStart"/>
      <w:r>
        <w:t>sanitari</w:t>
      </w:r>
      <w:proofErr w:type="spellEnd"/>
      <w:r>
        <w:t xml:space="preserve"> e </w:t>
      </w:r>
      <w:proofErr w:type="spellStart"/>
      <w:r>
        <w:t>specialistici</w:t>
      </w:r>
      <w:proofErr w:type="spellEnd"/>
      <w:r>
        <w:t xml:space="preserve"> del </w:t>
      </w:r>
      <w:proofErr w:type="spellStart"/>
      <w:r>
        <w:t>territorio</w:t>
      </w:r>
      <w:proofErr w:type="spellEnd"/>
      <w:r>
        <w:t xml:space="preserve">. Presa in </w:t>
      </w:r>
      <w:proofErr w:type="spellStart"/>
      <w:r>
        <w:t>carico</w:t>
      </w:r>
      <w:proofErr w:type="spellEnd"/>
      <w:r>
        <w:t xml:space="preserve"> </w:t>
      </w:r>
      <w:proofErr w:type="spellStart"/>
      <w:r>
        <w:t>psicologica</w:t>
      </w:r>
      <w:proofErr w:type="spellEnd"/>
      <w:r>
        <w:t xml:space="preserve"> e </w:t>
      </w:r>
      <w:proofErr w:type="spellStart"/>
      <w:r>
        <w:t>psichiatrica</w:t>
      </w:r>
      <w:proofErr w:type="spellEnd"/>
      <w:r>
        <w:t xml:space="preserve">, </w:t>
      </w:r>
      <w:proofErr w:type="spellStart"/>
      <w:r>
        <w:t>assistenza</w:t>
      </w:r>
      <w:proofErr w:type="spellEnd"/>
      <w:r>
        <w:t xml:space="preserve"> </w:t>
      </w:r>
      <w:proofErr w:type="spellStart"/>
      <w:r>
        <w:t>domiciliare</w:t>
      </w:r>
      <w:proofErr w:type="spellEnd"/>
      <w:r>
        <w:t xml:space="preserve">, </w:t>
      </w:r>
      <w:proofErr w:type="spellStart"/>
      <w:r>
        <w:t>gestione</w:t>
      </w:r>
      <w:proofErr w:type="spellEnd"/>
      <w:r>
        <w:t xml:space="preserve"> </w:t>
      </w:r>
      <w:proofErr w:type="spellStart"/>
      <w:r>
        <w:t>delle</w:t>
      </w:r>
      <w:proofErr w:type="spellEnd"/>
      <w:r>
        <w:t xml:space="preserve"> </w:t>
      </w:r>
      <w:proofErr w:type="spellStart"/>
      <w:r>
        <w:t>terapie</w:t>
      </w:r>
      <w:proofErr w:type="spellEnd"/>
      <w:r>
        <w:t xml:space="preserve"> e </w:t>
      </w:r>
      <w:proofErr w:type="spellStart"/>
      <w:r>
        <w:t>percorsi</w:t>
      </w:r>
      <w:proofErr w:type="spellEnd"/>
      <w:r>
        <w:t xml:space="preserve"> di </w:t>
      </w:r>
      <w:proofErr w:type="spellStart"/>
      <w:r>
        <w:t>integrazione</w:t>
      </w:r>
      <w:proofErr w:type="spellEnd"/>
      <w:r>
        <w:t xml:space="preserve"> </w:t>
      </w:r>
      <w:proofErr w:type="spellStart"/>
      <w:r>
        <w:t>sociale</w:t>
      </w:r>
      <w:proofErr w:type="spellEnd"/>
      <w:r>
        <w:t xml:space="preserve"> ed </w:t>
      </w:r>
      <w:proofErr w:type="spellStart"/>
      <w:r>
        <w:t>interculturale</w:t>
      </w:r>
      <w:proofErr w:type="spellEnd"/>
      <w:r>
        <w:t xml:space="preserve"> </w:t>
      </w:r>
      <w:proofErr w:type="spellStart"/>
      <w:r>
        <w:t>concordati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le </w:t>
      </w:r>
      <w:proofErr w:type="spellStart"/>
      <w:r>
        <w:t>componenti</w:t>
      </w:r>
      <w:proofErr w:type="spellEnd"/>
      <w:r>
        <w:t xml:space="preserve"> del RTI.</w:t>
      </w:r>
    </w:p>
    <w:p w14:paraId="7D0450E9" w14:textId="77777777" w:rsidR="00656279" w:rsidRDefault="00000000">
      <w:pPr>
        <w:spacing w:before="160" w:after="60"/>
      </w:pPr>
      <w:r>
        <w:rPr>
          <w:b/>
          <w:color w:val="4682B4"/>
          <w:sz w:val="21"/>
        </w:rPr>
        <w:t xml:space="preserve">B3. </w:t>
      </w:r>
      <w:proofErr w:type="spellStart"/>
      <w:r>
        <w:rPr>
          <w:b/>
          <w:color w:val="4682B4"/>
          <w:sz w:val="21"/>
        </w:rPr>
        <w:t>Inserimento</w:t>
      </w:r>
      <w:proofErr w:type="spellEnd"/>
      <w:r>
        <w:rPr>
          <w:b/>
          <w:color w:val="4682B4"/>
          <w:sz w:val="21"/>
        </w:rPr>
        <w:t xml:space="preserve"> </w:t>
      </w:r>
      <w:proofErr w:type="spellStart"/>
      <w:r>
        <w:rPr>
          <w:b/>
          <w:color w:val="4682B4"/>
          <w:sz w:val="21"/>
        </w:rPr>
        <w:t>lavorativo</w:t>
      </w:r>
      <w:proofErr w:type="spellEnd"/>
      <w:r>
        <w:rPr>
          <w:b/>
          <w:color w:val="4682B4"/>
          <w:sz w:val="21"/>
        </w:rPr>
        <w:t xml:space="preserve"> ed </w:t>
      </w:r>
      <w:proofErr w:type="spellStart"/>
      <w:r>
        <w:rPr>
          <w:b/>
          <w:color w:val="4682B4"/>
          <w:sz w:val="21"/>
        </w:rPr>
        <w:t>accompagnamento</w:t>
      </w:r>
      <w:proofErr w:type="spellEnd"/>
      <w:r>
        <w:rPr>
          <w:b/>
          <w:color w:val="4682B4"/>
          <w:sz w:val="21"/>
        </w:rPr>
        <w:t xml:space="preserve"> </w:t>
      </w:r>
      <w:proofErr w:type="spellStart"/>
      <w:r>
        <w:rPr>
          <w:b/>
          <w:color w:val="4682B4"/>
          <w:sz w:val="21"/>
        </w:rPr>
        <w:t>all'autonomia</w:t>
      </w:r>
      <w:proofErr w:type="spellEnd"/>
      <w:r>
        <w:rPr>
          <w:b/>
          <w:color w:val="4682B4"/>
          <w:sz w:val="21"/>
        </w:rPr>
        <w:t xml:space="preserve"> (0–10 </w:t>
      </w:r>
      <w:proofErr w:type="spellStart"/>
      <w:r>
        <w:rPr>
          <w:b/>
          <w:color w:val="4682B4"/>
          <w:sz w:val="21"/>
        </w:rPr>
        <w:t>Punti</w:t>
      </w:r>
      <w:proofErr w:type="spellEnd"/>
      <w:r>
        <w:rPr>
          <w:b/>
          <w:color w:val="4682B4"/>
          <w:sz w:val="21"/>
        </w:rPr>
        <w:t>)</w:t>
      </w:r>
    </w:p>
    <w:p w14:paraId="29A0F3F5" w14:textId="77777777" w:rsidR="00656279" w:rsidRDefault="00000000">
      <w:pPr>
        <w:spacing w:after="120"/>
        <w:jc w:val="both"/>
      </w:pPr>
      <w:proofErr w:type="spellStart"/>
      <w:r>
        <w:t>Percorsi</w:t>
      </w:r>
      <w:proofErr w:type="spellEnd"/>
      <w:r>
        <w:t xml:space="preserve"> </w:t>
      </w:r>
      <w:proofErr w:type="spellStart"/>
      <w:r>
        <w:t>individualizzati</w:t>
      </w:r>
      <w:proofErr w:type="spellEnd"/>
      <w:r>
        <w:t xml:space="preserve"> di </w:t>
      </w:r>
      <w:proofErr w:type="spellStart"/>
      <w:r>
        <w:t>orientamento</w:t>
      </w:r>
      <w:proofErr w:type="spellEnd"/>
      <w:r>
        <w:t xml:space="preserve"> </w:t>
      </w:r>
      <w:proofErr w:type="spellStart"/>
      <w:r>
        <w:t>professionale</w:t>
      </w:r>
      <w:proofErr w:type="spellEnd"/>
      <w:r>
        <w:t xml:space="preserve"> e </w:t>
      </w:r>
      <w:proofErr w:type="spellStart"/>
      <w:r>
        <w:t>bilancio</w:t>
      </w:r>
      <w:proofErr w:type="spellEnd"/>
      <w:r>
        <w:t xml:space="preserve"> </w:t>
      </w:r>
      <w:proofErr w:type="spellStart"/>
      <w:r>
        <w:t>delle</w:t>
      </w:r>
      <w:proofErr w:type="spellEnd"/>
      <w:r>
        <w:t xml:space="preserve"> </w:t>
      </w:r>
      <w:proofErr w:type="spellStart"/>
      <w:r>
        <w:t>competenze</w:t>
      </w:r>
      <w:proofErr w:type="spellEnd"/>
      <w:r>
        <w:t xml:space="preserve"> </w:t>
      </w:r>
      <w:proofErr w:type="spellStart"/>
      <w:r>
        <w:t>adattato</w:t>
      </w:r>
      <w:proofErr w:type="spellEnd"/>
      <w:r>
        <w:t xml:space="preserve"> alle </w:t>
      </w:r>
      <w:proofErr w:type="spellStart"/>
      <w:r>
        <w:t>capacità</w:t>
      </w:r>
      <w:proofErr w:type="spellEnd"/>
      <w:r>
        <w:t xml:space="preserve"> residue </w:t>
      </w:r>
      <w:proofErr w:type="spellStart"/>
      <w:r>
        <w:t>dei</w:t>
      </w:r>
      <w:proofErr w:type="spellEnd"/>
      <w:r>
        <w:t xml:space="preserve"> </w:t>
      </w:r>
      <w:proofErr w:type="spellStart"/>
      <w:r>
        <w:t>beneficiari</w:t>
      </w:r>
      <w:proofErr w:type="spellEnd"/>
      <w:r>
        <w:t xml:space="preserve">. </w:t>
      </w:r>
      <w:proofErr w:type="spellStart"/>
      <w:r>
        <w:t>Attivazione</w:t>
      </w:r>
      <w:proofErr w:type="spellEnd"/>
      <w:r>
        <w:t xml:space="preserve"> di </w:t>
      </w:r>
      <w:proofErr w:type="spellStart"/>
      <w:r>
        <w:t>borse</w:t>
      </w:r>
      <w:proofErr w:type="spellEnd"/>
      <w:r>
        <w:t xml:space="preserve"> di </w:t>
      </w:r>
      <w:proofErr w:type="spellStart"/>
      <w:r>
        <w:t>lavoro</w:t>
      </w:r>
      <w:proofErr w:type="spellEnd"/>
      <w:r>
        <w:t xml:space="preserve">, </w:t>
      </w:r>
      <w:proofErr w:type="spellStart"/>
      <w:r>
        <w:t>tirocini</w:t>
      </w:r>
      <w:proofErr w:type="spellEnd"/>
      <w:r>
        <w:t xml:space="preserve"> </w:t>
      </w:r>
      <w:proofErr w:type="spellStart"/>
      <w:r>
        <w:t>formativi</w:t>
      </w:r>
      <w:proofErr w:type="spellEnd"/>
      <w:r>
        <w:t xml:space="preserve"> </w:t>
      </w:r>
      <w:proofErr w:type="spellStart"/>
      <w:r>
        <w:t>protetti</w:t>
      </w:r>
      <w:proofErr w:type="spellEnd"/>
      <w:r>
        <w:t xml:space="preserve"> e </w:t>
      </w:r>
      <w:proofErr w:type="spellStart"/>
      <w:r>
        <w:t>percorsi</w:t>
      </w:r>
      <w:proofErr w:type="spellEnd"/>
      <w:r>
        <w:t xml:space="preserve"> di </w:t>
      </w:r>
      <w:proofErr w:type="spellStart"/>
      <w:r>
        <w:t>riabilitazione</w:t>
      </w:r>
      <w:proofErr w:type="spellEnd"/>
      <w:r>
        <w:t xml:space="preserve"> socio-</w:t>
      </w:r>
      <w:proofErr w:type="spellStart"/>
      <w:r>
        <w:t>occupazionale</w:t>
      </w:r>
      <w:proofErr w:type="spellEnd"/>
      <w:r>
        <w:t xml:space="preserve"> in </w:t>
      </w:r>
      <w:proofErr w:type="spellStart"/>
      <w:r>
        <w:t>sinergia</w:t>
      </w:r>
      <w:proofErr w:type="spellEnd"/>
      <w:r>
        <w:t xml:space="preserve"> con </w:t>
      </w:r>
      <w:proofErr w:type="spellStart"/>
      <w:r>
        <w:t>i</w:t>
      </w:r>
      <w:proofErr w:type="spellEnd"/>
      <w:r>
        <w:t xml:space="preserve"> </w:t>
      </w:r>
      <w:proofErr w:type="spellStart"/>
      <w:r>
        <w:t>Centri</w:t>
      </w:r>
      <w:proofErr w:type="spellEnd"/>
      <w:r>
        <w:t xml:space="preserve"> per </w:t>
      </w:r>
      <w:proofErr w:type="spellStart"/>
      <w:r>
        <w:t>l'Impiego</w:t>
      </w:r>
      <w:proofErr w:type="spellEnd"/>
      <w:r>
        <w:t xml:space="preserve">, </w:t>
      </w:r>
      <w:proofErr w:type="spellStart"/>
      <w:r>
        <w:t>gli</w:t>
      </w:r>
      <w:proofErr w:type="spellEnd"/>
      <w:r>
        <w:t xml:space="preserve"> Enti di </w:t>
      </w:r>
      <w:proofErr w:type="spellStart"/>
      <w:r>
        <w:t>Formazione</w:t>
      </w:r>
      <w:proofErr w:type="spellEnd"/>
      <w:r>
        <w:t xml:space="preserve"> ed il </w:t>
      </w:r>
      <w:proofErr w:type="spellStart"/>
      <w:r>
        <w:t>sistema</w:t>
      </w:r>
      <w:proofErr w:type="spellEnd"/>
      <w:r>
        <w:t xml:space="preserve"> </w:t>
      </w:r>
      <w:proofErr w:type="spellStart"/>
      <w:r>
        <w:t>delle</w:t>
      </w:r>
      <w:proofErr w:type="spellEnd"/>
      <w:r>
        <w:t xml:space="preserve"> </w:t>
      </w:r>
      <w:proofErr w:type="spellStart"/>
      <w:r>
        <w:t>imprese</w:t>
      </w:r>
      <w:proofErr w:type="spellEnd"/>
      <w:r>
        <w:t xml:space="preserve"> </w:t>
      </w:r>
      <w:proofErr w:type="spellStart"/>
      <w:r>
        <w:t>della</w:t>
      </w:r>
      <w:proofErr w:type="spellEnd"/>
      <w:r>
        <w:t xml:space="preserve"> </w:t>
      </w:r>
      <w:proofErr w:type="spellStart"/>
      <w:r>
        <w:t>Provincia</w:t>
      </w:r>
      <w:proofErr w:type="spellEnd"/>
      <w:r>
        <w:t xml:space="preserve"> di Matera.</w:t>
      </w:r>
    </w:p>
    <w:p w14:paraId="1EBBB47B" w14:textId="77777777" w:rsidR="00656279" w:rsidRDefault="00000000">
      <w:pPr>
        <w:spacing w:before="160" w:after="60"/>
      </w:pPr>
      <w:r>
        <w:rPr>
          <w:b/>
          <w:color w:val="4682B4"/>
          <w:sz w:val="21"/>
        </w:rPr>
        <w:t xml:space="preserve">B4. </w:t>
      </w:r>
      <w:proofErr w:type="spellStart"/>
      <w:r>
        <w:rPr>
          <w:b/>
          <w:color w:val="4682B4"/>
          <w:sz w:val="21"/>
        </w:rPr>
        <w:t>Inserimento</w:t>
      </w:r>
      <w:proofErr w:type="spellEnd"/>
      <w:r>
        <w:rPr>
          <w:b/>
          <w:color w:val="4682B4"/>
          <w:sz w:val="21"/>
        </w:rPr>
        <w:t xml:space="preserve"> ed </w:t>
      </w:r>
      <w:proofErr w:type="spellStart"/>
      <w:r>
        <w:rPr>
          <w:b/>
          <w:color w:val="4682B4"/>
          <w:sz w:val="21"/>
        </w:rPr>
        <w:t>accompagnamento</w:t>
      </w:r>
      <w:proofErr w:type="spellEnd"/>
      <w:r>
        <w:rPr>
          <w:b/>
          <w:color w:val="4682B4"/>
          <w:sz w:val="21"/>
        </w:rPr>
        <w:t xml:space="preserve"> </w:t>
      </w:r>
      <w:proofErr w:type="spellStart"/>
      <w:r>
        <w:rPr>
          <w:b/>
          <w:color w:val="4682B4"/>
          <w:sz w:val="21"/>
        </w:rPr>
        <w:t>all'autonomia</w:t>
      </w:r>
      <w:proofErr w:type="spellEnd"/>
      <w:r>
        <w:rPr>
          <w:b/>
          <w:color w:val="4682B4"/>
          <w:sz w:val="21"/>
        </w:rPr>
        <w:t xml:space="preserve"> </w:t>
      </w:r>
      <w:proofErr w:type="spellStart"/>
      <w:r>
        <w:rPr>
          <w:b/>
          <w:color w:val="4682B4"/>
          <w:sz w:val="21"/>
        </w:rPr>
        <w:t>abitativa</w:t>
      </w:r>
      <w:proofErr w:type="spellEnd"/>
      <w:r>
        <w:rPr>
          <w:b/>
          <w:color w:val="4682B4"/>
          <w:sz w:val="21"/>
        </w:rPr>
        <w:t xml:space="preserve"> (0–10 </w:t>
      </w:r>
      <w:proofErr w:type="spellStart"/>
      <w:r>
        <w:rPr>
          <w:b/>
          <w:color w:val="4682B4"/>
          <w:sz w:val="21"/>
        </w:rPr>
        <w:t>Punti</w:t>
      </w:r>
      <w:proofErr w:type="spellEnd"/>
      <w:r>
        <w:rPr>
          <w:b/>
          <w:color w:val="4682B4"/>
          <w:sz w:val="21"/>
        </w:rPr>
        <w:t>)</w:t>
      </w:r>
    </w:p>
    <w:p w14:paraId="2207882F" w14:textId="77777777" w:rsidR="00656279" w:rsidRDefault="00000000">
      <w:pPr>
        <w:spacing w:after="120"/>
        <w:jc w:val="both"/>
      </w:pPr>
      <w:proofErr w:type="spellStart"/>
      <w:r>
        <w:t>Modalità</w:t>
      </w:r>
      <w:proofErr w:type="spellEnd"/>
      <w:r>
        <w:t xml:space="preserve"> di </w:t>
      </w:r>
      <w:proofErr w:type="spellStart"/>
      <w:r>
        <w:t>tutoraggio</w:t>
      </w:r>
      <w:proofErr w:type="spellEnd"/>
      <w:r>
        <w:t xml:space="preserve"> ed </w:t>
      </w:r>
      <w:proofErr w:type="spellStart"/>
      <w:r>
        <w:t>accompagnamento</w:t>
      </w:r>
      <w:proofErr w:type="spellEnd"/>
      <w:r>
        <w:t xml:space="preserve"> verso </w:t>
      </w:r>
      <w:proofErr w:type="spellStart"/>
      <w:r>
        <w:t>l'emancipazione</w:t>
      </w:r>
      <w:proofErr w:type="spellEnd"/>
      <w:r>
        <w:t xml:space="preserve"> e </w:t>
      </w:r>
      <w:proofErr w:type="spellStart"/>
      <w:r>
        <w:t>l'autonomia</w:t>
      </w:r>
      <w:proofErr w:type="spellEnd"/>
      <w:r>
        <w:t xml:space="preserve"> </w:t>
      </w:r>
      <w:proofErr w:type="spellStart"/>
      <w:r>
        <w:t>abitativa</w:t>
      </w:r>
      <w:proofErr w:type="spellEnd"/>
      <w:r>
        <w:t xml:space="preserve"> post-</w:t>
      </w:r>
      <w:proofErr w:type="spellStart"/>
      <w:r>
        <w:t>accoglienza</w:t>
      </w:r>
      <w:proofErr w:type="spellEnd"/>
      <w:r>
        <w:t xml:space="preserve">. </w:t>
      </w:r>
      <w:proofErr w:type="spellStart"/>
      <w:r>
        <w:t>Gestione</w:t>
      </w:r>
      <w:proofErr w:type="spellEnd"/>
      <w:r>
        <w:t xml:space="preserve"> </w:t>
      </w:r>
      <w:proofErr w:type="spellStart"/>
      <w:r>
        <w:t>dei</w:t>
      </w:r>
      <w:proofErr w:type="spellEnd"/>
      <w:r>
        <w:t xml:space="preserve"> </w:t>
      </w:r>
      <w:proofErr w:type="spellStart"/>
      <w:r>
        <w:t>contributi</w:t>
      </w:r>
      <w:proofErr w:type="spellEnd"/>
      <w:r>
        <w:t xml:space="preserve"> </w:t>
      </w:r>
      <w:proofErr w:type="spellStart"/>
      <w:r>
        <w:t>all'alloggio</w:t>
      </w:r>
      <w:proofErr w:type="spellEnd"/>
      <w:r>
        <w:t xml:space="preserve">, scouting </w:t>
      </w:r>
      <w:proofErr w:type="spellStart"/>
      <w:r>
        <w:t>abitativo</w:t>
      </w:r>
      <w:proofErr w:type="spellEnd"/>
      <w:r>
        <w:t xml:space="preserve"> </w:t>
      </w:r>
      <w:proofErr w:type="spellStart"/>
      <w:r>
        <w:t>sul</w:t>
      </w:r>
      <w:proofErr w:type="spellEnd"/>
      <w:r>
        <w:t xml:space="preserve"> </w:t>
      </w:r>
      <w:proofErr w:type="spellStart"/>
      <w:r>
        <w:t>territorio</w:t>
      </w:r>
      <w:proofErr w:type="spellEnd"/>
      <w:r>
        <w:t xml:space="preserve"> </w:t>
      </w:r>
      <w:proofErr w:type="spellStart"/>
      <w:r>
        <w:t>provinciale</w:t>
      </w:r>
      <w:proofErr w:type="spellEnd"/>
      <w:r>
        <w:t xml:space="preserve"> e rete di </w:t>
      </w:r>
      <w:proofErr w:type="spellStart"/>
      <w:r>
        <w:t>contatto</w:t>
      </w:r>
      <w:proofErr w:type="spellEnd"/>
      <w:r>
        <w:t xml:space="preserve"> con </w:t>
      </w:r>
      <w:proofErr w:type="spellStart"/>
      <w:r>
        <w:t>i</w:t>
      </w:r>
      <w:proofErr w:type="spellEnd"/>
      <w:r>
        <w:t xml:space="preserve"> </w:t>
      </w:r>
      <w:proofErr w:type="spellStart"/>
      <w:r>
        <w:t>proprietari</w:t>
      </w:r>
      <w:proofErr w:type="spellEnd"/>
      <w:r>
        <w:t xml:space="preserve"> di </w:t>
      </w:r>
      <w:proofErr w:type="spellStart"/>
      <w:r>
        <w:t>immobili</w:t>
      </w:r>
      <w:proofErr w:type="spellEnd"/>
      <w:r>
        <w:t xml:space="preserve"> ed </w:t>
      </w:r>
      <w:proofErr w:type="spellStart"/>
      <w:r>
        <w:t>i</w:t>
      </w:r>
      <w:proofErr w:type="spellEnd"/>
      <w:r>
        <w:t xml:space="preserve"> </w:t>
      </w:r>
      <w:proofErr w:type="spellStart"/>
      <w:r>
        <w:t>servizi</w:t>
      </w:r>
      <w:proofErr w:type="spellEnd"/>
      <w:r>
        <w:t xml:space="preserve"> </w:t>
      </w:r>
      <w:proofErr w:type="spellStart"/>
      <w:r>
        <w:t>sociali</w:t>
      </w:r>
      <w:proofErr w:type="spellEnd"/>
      <w:r>
        <w:t xml:space="preserve"> </w:t>
      </w:r>
      <w:proofErr w:type="spellStart"/>
      <w:r>
        <w:t>territoriali</w:t>
      </w:r>
      <w:proofErr w:type="spellEnd"/>
      <w:r>
        <w:t>.</w:t>
      </w:r>
    </w:p>
    <w:p w14:paraId="16004114" w14:textId="6516CDE2" w:rsidR="00656279" w:rsidRDefault="00000000">
      <w:pPr>
        <w:spacing w:before="160" w:after="60"/>
      </w:pPr>
      <w:r>
        <w:rPr>
          <w:b/>
          <w:color w:val="4682B4"/>
          <w:sz w:val="21"/>
        </w:rPr>
        <w:t xml:space="preserve">B5. </w:t>
      </w:r>
      <w:proofErr w:type="spellStart"/>
      <w:r>
        <w:rPr>
          <w:b/>
          <w:color w:val="4682B4"/>
          <w:sz w:val="21"/>
        </w:rPr>
        <w:t>Alloggi</w:t>
      </w:r>
      <w:proofErr w:type="spellEnd"/>
      <w:r>
        <w:rPr>
          <w:b/>
          <w:color w:val="4682B4"/>
          <w:sz w:val="21"/>
        </w:rPr>
        <w:t xml:space="preserve"> e </w:t>
      </w:r>
      <w:proofErr w:type="spellStart"/>
      <w:r>
        <w:rPr>
          <w:b/>
          <w:color w:val="4682B4"/>
          <w:sz w:val="21"/>
        </w:rPr>
        <w:t>strutture</w:t>
      </w:r>
      <w:proofErr w:type="spellEnd"/>
      <w:r>
        <w:rPr>
          <w:b/>
          <w:color w:val="4682B4"/>
          <w:sz w:val="21"/>
        </w:rPr>
        <w:t xml:space="preserve"> </w:t>
      </w:r>
      <w:proofErr w:type="spellStart"/>
      <w:r>
        <w:rPr>
          <w:b/>
          <w:color w:val="4682B4"/>
          <w:sz w:val="21"/>
        </w:rPr>
        <w:t>ricettive</w:t>
      </w:r>
      <w:proofErr w:type="spellEnd"/>
      <w:r>
        <w:rPr>
          <w:b/>
          <w:color w:val="4682B4"/>
          <w:sz w:val="21"/>
        </w:rPr>
        <w:t xml:space="preserve"> per </w:t>
      </w:r>
      <w:proofErr w:type="spellStart"/>
      <w:r>
        <w:rPr>
          <w:b/>
          <w:color w:val="4682B4"/>
          <w:sz w:val="21"/>
        </w:rPr>
        <w:t>vulnerabili</w:t>
      </w:r>
      <w:proofErr w:type="spellEnd"/>
      <w:r w:rsidR="00D67A6D">
        <w:rPr>
          <w:b/>
          <w:color w:val="4682B4"/>
          <w:sz w:val="21"/>
        </w:rPr>
        <w:t xml:space="preserve"> da</w:t>
      </w:r>
      <w:r>
        <w:rPr>
          <w:b/>
          <w:color w:val="4682B4"/>
          <w:sz w:val="21"/>
        </w:rPr>
        <w:t xml:space="preserve"> </w:t>
      </w:r>
      <w:proofErr w:type="spellStart"/>
      <w:r>
        <w:rPr>
          <w:b/>
          <w:color w:val="4682B4"/>
          <w:sz w:val="21"/>
        </w:rPr>
        <w:t>apporta</w:t>
      </w:r>
      <w:r w:rsidR="00D67A6D">
        <w:rPr>
          <w:b/>
          <w:color w:val="4682B4"/>
          <w:sz w:val="21"/>
        </w:rPr>
        <w:t>r</w:t>
      </w:r>
      <w:r>
        <w:rPr>
          <w:b/>
          <w:color w:val="4682B4"/>
          <w:sz w:val="21"/>
        </w:rPr>
        <w:t>e</w:t>
      </w:r>
      <w:proofErr w:type="spellEnd"/>
      <w:r>
        <w:rPr>
          <w:b/>
          <w:color w:val="4682B4"/>
          <w:sz w:val="21"/>
        </w:rPr>
        <w:t xml:space="preserve"> dal RTI (0–15 </w:t>
      </w:r>
      <w:proofErr w:type="spellStart"/>
      <w:r>
        <w:rPr>
          <w:b/>
          <w:color w:val="4682B4"/>
          <w:sz w:val="21"/>
        </w:rPr>
        <w:t>Punti</w:t>
      </w:r>
      <w:proofErr w:type="spellEnd"/>
      <w:r>
        <w:rPr>
          <w:b/>
          <w:color w:val="4682B4"/>
          <w:sz w:val="21"/>
        </w:rPr>
        <w:t>)</w:t>
      </w:r>
    </w:p>
    <w:p w14:paraId="32EBB531" w14:textId="21F572A0" w:rsidR="00D67A6D" w:rsidRPr="00D67A6D" w:rsidRDefault="00D67A6D" w:rsidP="00D67A6D">
      <w:pPr>
        <w:spacing w:before="160" w:after="60"/>
        <w:jc w:val="both"/>
      </w:pPr>
      <w:proofErr w:type="spellStart"/>
      <w:r>
        <w:t>D</w:t>
      </w:r>
      <w:r w:rsidRPr="00D67A6D">
        <w:t>isponibilità</w:t>
      </w:r>
      <w:proofErr w:type="spellEnd"/>
      <w:r w:rsidRPr="00D67A6D">
        <w:t xml:space="preserve"> o </w:t>
      </w:r>
      <w:proofErr w:type="spellStart"/>
      <w:r w:rsidRPr="00D67A6D">
        <w:t>impegno</w:t>
      </w:r>
      <w:proofErr w:type="spellEnd"/>
      <w:r w:rsidRPr="00D67A6D">
        <w:t xml:space="preserve"> a </w:t>
      </w:r>
      <w:proofErr w:type="spellStart"/>
      <w:r w:rsidRPr="00D67A6D">
        <w:t>garantire</w:t>
      </w:r>
      <w:proofErr w:type="spellEnd"/>
      <w:r w:rsidRPr="00D67A6D">
        <w:t xml:space="preserve"> la </w:t>
      </w:r>
      <w:proofErr w:type="spellStart"/>
      <w:r w:rsidRPr="00D67A6D">
        <w:t>fruibilità</w:t>
      </w:r>
      <w:proofErr w:type="spellEnd"/>
      <w:r w:rsidRPr="00D67A6D">
        <w:t xml:space="preserve"> di </w:t>
      </w:r>
      <w:proofErr w:type="spellStart"/>
      <w:r w:rsidRPr="00D67A6D">
        <w:t>idonee</w:t>
      </w:r>
      <w:proofErr w:type="spellEnd"/>
      <w:r w:rsidRPr="00D67A6D">
        <w:t xml:space="preserve"> </w:t>
      </w:r>
      <w:proofErr w:type="spellStart"/>
      <w:r w:rsidRPr="00D67A6D">
        <w:t>soluzioni</w:t>
      </w:r>
      <w:proofErr w:type="spellEnd"/>
      <w:r w:rsidRPr="00D67A6D">
        <w:t xml:space="preserve"> </w:t>
      </w:r>
      <w:proofErr w:type="spellStart"/>
      <w:r w:rsidRPr="00D67A6D">
        <w:t>alloggiative</w:t>
      </w:r>
      <w:proofErr w:type="spellEnd"/>
      <w:r w:rsidRPr="00D67A6D">
        <w:t xml:space="preserve"> </w:t>
      </w:r>
      <w:proofErr w:type="spellStart"/>
      <w:r w:rsidRPr="00D67A6D">
        <w:t>nel</w:t>
      </w:r>
      <w:proofErr w:type="spellEnd"/>
      <w:r w:rsidRPr="00D67A6D">
        <w:t xml:space="preserve"> </w:t>
      </w:r>
      <w:proofErr w:type="spellStart"/>
      <w:r w:rsidRPr="00D67A6D">
        <w:t>territorio</w:t>
      </w:r>
      <w:proofErr w:type="spellEnd"/>
      <w:r w:rsidRPr="00D67A6D">
        <w:t xml:space="preserve"> </w:t>
      </w:r>
      <w:proofErr w:type="spellStart"/>
      <w:r w:rsidRPr="00D67A6D">
        <w:t>della</w:t>
      </w:r>
      <w:proofErr w:type="spellEnd"/>
      <w:r w:rsidRPr="00D67A6D">
        <w:t xml:space="preserve"> </w:t>
      </w:r>
      <w:proofErr w:type="spellStart"/>
      <w:r w:rsidRPr="00D67A6D">
        <w:t>Provincia</w:t>
      </w:r>
      <w:proofErr w:type="spellEnd"/>
      <w:r w:rsidRPr="00D67A6D">
        <w:t xml:space="preserve"> di Matera (</w:t>
      </w:r>
      <w:proofErr w:type="spellStart"/>
      <w:r w:rsidRPr="00D67A6D">
        <w:t>anche</w:t>
      </w:r>
      <w:proofErr w:type="spellEnd"/>
      <w:r w:rsidRPr="00D67A6D">
        <w:t xml:space="preserve"> </w:t>
      </w:r>
      <w:proofErr w:type="spellStart"/>
      <w:r w:rsidRPr="00D67A6D">
        <w:t>tramite</w:t>
      </w:r>
      <w:proofErr w:type="spellEnd"/>
      <w:r w:rsidRPr="00D67A6D">
        <w:t xml:space="preserve"> </w:t>
      </w:r>
      <w:proofErr w:type="spellStart"/>
      <w:r w:rsidRPr="00D67A6D">
        <w:t>apporto</w:t>
      </w:r>
      <w:proofErr w:type="spellEnd"/>
      <w:r w:rsidRPr="00D67A6D">
        <w:t xml:space="preserve"> </w:t>
      </w:r>
      <w:proofErr w:type="spellStart"/>
      <w:r w:rsidRPr="00D67A6D">
        <w:t>cumulativo</w:t>
      </w:r>
      <w:proofErr w:type="spellEnd"/>
      <w:r w:rsidRPr="00D67A6D">
        <w:t xml:space="preserve"> in </w:t>
      </w:r>
      <w:proofErr w:type="spellStart"/>
      <w:r w:rsidRPr="00D67A6D">
        <w:t>caso</w:t>
      </w:r>
      <w:proofErr w:type="spellEnd"/>
      <w:r w:rsidRPr="00D67A6D">
        <w:t xml:space="preserve"> di RTI o </w:t>
      </w:r>
      <w:proofErr w:type="spellStart"/>
      <w:r w:rsidRPr="00D67A6D">
        <w:t>accordi</w:t>
      </w:r>
      <w:proofErr w:type="spellEnd"/>
      <w:r w:rsidRPr="00D67A6D">
        <w:t xml:space="preserve"> </w:t>
      </w:r>
      <w:proofErr w:type="spellStart"/>
      <w:r w:rsidRPr="00D67A6D">
        <w:t>quadro</w:t>
      </w:r>
      <w:proofErr w:type="spellEnd"/>
      <w:r w:rsidRPr="00D67A6D">
        <w:t xml:space="preserve"> con </w:t>
      </w:r>
      <w:proofErr w:type="spellStart"/>
      <w:r w:rsidRPr="00D67A6D">
        <w:t>terzi</w:t>
      </w:r>
      <w:proofErr w:type="spellEnd"/>
      <w:r w:rsidRPr="00D67A6D">
        <w:t xml:space="preserve">). </w:t>
      </w:r>
      <w:r>
        <w:t xml:space="preserve">Breve </w:t>
      </w:r>
      <w:proofErr w:type="spellStart"/>
      <w:r>
        <w:t>descrizione</w:t>
      </w:r>
      <w:proofErr w:type="spellEnd"/>
      <w:r>
        <w:t xml:space="preserve"> </w:t>
      </w:r>
      <w:proofErr w:type="spellStart"/>
      <w:r>
        <w:t>dell’eventuale</w:t>
      </w:r>
      <w:proofErr w:type="spellEnd"/>
      <w:r>
        <w:t xml:space="preserve"> </w:t>
      </w:r>
      <w:proofErr w:type="spellStart"/>
      <w:r>
        <w:t>struttura</w:t>
      </w:r>
      <w:proofErr w:type="spellEnd"/>
      <w:r>
        <w:t xml:space="preserve"> </w:t>
      </w:r>
      <w:proofErr w:type="spellStart"/>
      <w:r>
        <w:t>destinata</w:t>
      </w:r>
      <w:proofErr w:type="spellEnd"/>
      <w:r>
        <w:t xml:space="preserve"> al </w:t>
      </w:r>
      <w:proofErr w:type="spellStart"/>
      <w:r>
        <w:t>servizio</w:t>
      </w:r>
      <w:proofErr w:type="spellEnd"/>
      <w:r>
        <w:t xml:space="preserve">, </w:t>
      </w:r>
      <w:proofErr w:type="spellStart"/>
      <w:r>
        <w:t>qualora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individuata</w:t>
      </w:r>
      <w:proofErr w:type="spellEnd"/>
      <w:r>
        <w:t>.</w:t>
      </w:r>
    </w:p>
    <w:p w14:paraId="39FA57E0" w14:textId="77777777" w:rsidR="00656279" w:rsidRDefault="00000000">
      <w:pPr>
        <w:spacing w:before="160" w:after="60"/>
      </w:pPr>
      <w:r>
        <w:rPr>
          <w:b/>
          <w:color w:val="4682B4"/>
          <w:sz w:val="21"/>
        </w:rPr>
        <w:t xml:space="preserve">B6. Aggiornamento banca </w:t>
      </w:r>
      <w:proofErr w:type="spellStart"/>
      <w:r>
        <w:rPr>
          <w:b/>
          <w:color w:val="4682B4"/>
          <w:sz w:val="21"/>
        </w:rPr>
        <w:t>dati</w:t>
      </w:r>
      <w:proofErr w:type="spellEnd"/>
      <w:r>
        <w:rPr>
          <w:b/>
          <w:color w:val="4682B4"/>
          <w:sz w:val="21"/>
        </w:rPr>
        <w:t xml:space="preserve"> SAI e </w:t>
      </w:r>
      <w:proofErr w:type="spellStart"/>
      <w:r>
        <w:rPr>
          <w:b/>
          <w:color w:val="4682B4"/>
          <w:sz w:val="21"/>
        </w:rPr>
        <w:t>coordinamento</w:t>
      </w:r>
      <w:proofErr w:type="spellEnd"/>
      <w:r>
        <w:rPr>
          <w:b/>
          <w:color w:val="4682B4"/>
          <w:sz w:val="21"/>
        </w:rPr>
        <w:t xml:space="preserve"> con la </w:t>
      </w:r>
      <w:proofErr w:type="spellStart"/>
      <w:r>
        <w:rPr>
          <w:b/>
          <w:color w:val="4682B4"/>
          <w:sz w:val="21"/>
        </w:rPr>
        <w:t>Provincia</w:t>
      </w:r>
      <w:proofErr w:type="spellEnd"/>
      <w:r>
        <w:rPr>
          <w:b/>
          <w:color w:val="4682B4"/>
          <w:sz w:val="21"/>
        </w:rPr>
        <w:t xml:space="preserve"> di Matera (0–5 </w:t>
      </w:r>
      <w:proofErr w:type="spellStart"/>
      <w:r>
        <w:rPr>
          <w:b/>
          <w:color w:val="4682B4"/>
          <w:sz w:val="21"/>
        </w:rPr>
        <w:t>Punti</w:t>
      </w:r>
      <w:proofErr w:type="spellEnd"/>
      <w:r>
        <w:rPr>
          <w:b/>
          <w:color w:val="4682B4"/>
          <w:sz w:val="21"/>
        </w:rPr>
        <w:t>)</w:t>
      </w:r>
    </w:p>
    <w:p w14:paraId="540A0C22" w14:textId="77777777" w:rsidR="00656279" w:rsidRDefault="00000000">
      <w:pPr>
        <w:spacing w:after="120"/>
        <w:jc w:val="both"/>
      </w:pPr>
      <w:r>
        <w:t xml:space="preserve">Procedure operative e </w:t>
      </w:r>
      <w:proofErr w:type="spellStart"/>
      <w:r>
        <w:t>ruoli</w:t>
      </w:r>
      <w:proofErr w:type="spellEnd"/>
      <w:r>
        <w:t xml:space="preserve"> </w:t>
      </w:r>
      <w:proofErr w:type="spellStart"/>
      <w:r>
        <w:t>interni</w:t>
      </w:r>
      <w:proofErr w:type="spellEnd"/>
      <w:r>
        <w:t xml:space="preserve"> </w:t>
      </w:r>
      <w:proofErr w:type="spellStart"/>
      <w:r>
        <w:t>dedicati</w:t>
      </w:r>
      <w:proofErr w:type="spellEnd"/>
      <w:r>
        <w:t xml:space="preserve"> al </w:t>
      </w:r>
      <w:proofErr w:type="spellStart"/>
      <w:r>
        <w:t>tempestivo</w:t>
      </w:r>
      <w:proofErr w:type="spellEnd"/>
      <w:r>
        <w:t xml:space="preserve"> ed </w:t>
      </w:r>
      <w:proofErr w:type="spellStart"/>
      <w:r>
        <w:t>esaustivo</w:t>
      </w:r>
      <w:proofErr w:type="spellEnd"/>
      <w:r>
        <w:t xml:space="preserve"> </w:t>
      </w:r>
      <w:proofErr w:type="spellStart"/>
      <w:r>
        <w:t>inserimento</w:t>
      </w:r>
      <w:proofErr w:type="spellEnd"/>
      <w:r>
        <w:t xml:space="preserve"> ed aggiornamento </w:t>
      </w:r>
      <w:proofErr w:type="spellStart"/>
      <w:r>
        <w:t>dei</w:t>
      </w:r>
      <w:proofErr w:type="spellEnd"/>
      <w:r>
        <w:t xml:space="preserve"> </w:t>
      </w:r>
      <w:proofErr w:type="spellStart"/>
      <w:r>
        <w:t>dati</w:t>
      </w:r>
      <w:proofErr w:type="spellEnd"/>
      <w:r>
        <w:t xml:space="preserve"> </w:t>
      </w:r>
      <w:proofErr w:type="spellStart"/>
      <w:r>
        <w:t>sulla</w:t>
      </w:r>
      <w:proofErr w:type="spellEnd"/>
      <w:r>
        <w:t xml:space="preserve"> </w:t>
      </w:r>
      <w:proofErr w:type="spellStart"/>
      <w:r>
        <w:t>piattaforma</w:t>
      </w:r>
      <w:proofErr w:type="spellEnd"/>
      <w:r>
        <w:t xml:space="preserve"> informatica </w:t>
      </w:r>
      <w:proofErr w:type="spellStart"/>
      <w:r>
        <w:t>telemica</w:t>
      </w:r>
      <w:proofErr w:type="spellEnd"/>
      <w:r>
        <w:t xml:space="preserve"> SAI. </w:t>
      </w:r>
      <w:proofErr w:type="spellStart"/>
      <w:r>
        <w:t>Modalità</w:t>
      </w:r>
      <w:proofErr w:type="spellEnd"/>
      <w:r>
        <w:t xml:space="preserve"> di </w:t>
      </w:r>
      <w:proofErr w:type="spellStart"/>
      <w:r>
        <w:t>coordinamento</w:t>
      </w:r>
      <w:proofErr w:type="spellEnd"/>
      <w:r>
        <w:t xml:space="preserve"> </w:t>
      </w:r>
      <w:proofErr w:type="spellStart"/>
      <w:r>
        <w:t>periodico</w:t>
      </w:r>
      <w:proofErr w:type="spellEnd"/>
      <w:r>
        <w:t xml:space="preserve"> </w:t>
      </w:r>
      <w:proofErr w:type="spellStart"/>
      <w:r>
        <w:t>interno</w:t>
      </w:r>
      <w:proofErr w:type="spellEnd"/>
      <w:r>
        <w:t xml:space="preserve"> al RTI e </w:t>
      </w:r>
      <w:proofErr w:type="spellStart"/>
      <w:r>
        <w:t>costante</w:t>
      </w:r>
      <w:proofErr w:type="spellEnd"/>
      <w:r>
        <w:t xml:space="preserve"> </w:t>
      </w:r>
      <w:proofErr w:type="spellStart"/>
      <w:r>
        <w:t>flusso</w:t>
      </w:r>
      <w:proofErr w:type="spellEnd"/>
      <w:r>
        <w:t xml:space="preserve"> </w:t>
      </w:r>
      <w:proofErr w:type="spellStart"/>
      <w:r>
        <w:t>informativo</w:t>
      </w:r>
      <w:proofErr w:type="spellEnd"/>
      <w:r>
        <w:t xml:space="preserve"> con la </w:t>
      </w:r>
      <w:proofErr w:type="spellStart"/>
      <w:r>
        <w:t>Provincia</w:t>
      </w:r>
      <w:proofErr w:type="spellEnd"/>
      <w:r>
        <w:t xml:space="preserve"> di Matera (Ente </w:t>
      </w:r>
      <w:proofErr w:type="spellStart"/>
      <w:r>
        <w:t>Titolare</w:t>
      </w:r>
      <w:proofErr w:type="spellEnd"/>
      <w:r>
        <w:t xml:space="preserve">) ed </w:t>
      </w:r>
      <w:proofErr w:type="spellStart"/>
      <w:r>
        <w:t>i</w:t>
      </w:r>
      <w:proofErr w:type="spellEnd"/>
      <w:r>
        <w:t xml:space="preserve"> </w:t>
      </w:r>
      <w:proofErr w:type="spellStart"/>
      <w:r>
        <w:t>Comuni</w:t>
      </w:r>
      <w:proofErr w:type="spellEnd"/>
      <w:r>
        <w:t xml:space="preserve"> </w:t>
      </w:r>
      <w:proofErr w:type="spellStart"/>
      <w:r>
        <w:t>della</w:t>
      </w:r>
      <w:proofErr w:type="spellEnd"/>
      <w:r>
        <w:t xml:space="preserve"> rete, </w:t>
      </w:r>
      <w:proofErr w:type="spellStart"/>
      <w:r>
        <w:t>trasmissione</w:t>
      </w:r>
      <w:proofErr w:type="spellEnd"/>
      <w:r>
        <w:t xml:space="preserve"> </w:t>
      </w:r>
      <w:proofErr w:type="spellStart"/>
      <w:r>
        <w:t>dei</w:t>
      </w:r>
      <w:proofErr w:type="spellEnd"/>
      <w:r>
        <w:t xml:space="preserve"> report </w:t>
      </w:r>
      <w:proofErr w:type="spellStart"/>
      <w:r>
        <w:t>periodici</w:t>
      </w:r>
      <w:proofErr w:type="spellEnd"/>
      <w:r>
        <w:t xml:space="preserve"> di </w:t>
      </w:r>
      <w:proofErr w:type="spellStart"/>
      <w:r>
        <w:t>monitoraggio</w:t>
      </w:r>
      <w:proofErr w:type="spellEnd"/>
      <w:r>
        <w:t xml:space="preserve">, </w:t>
      </w:r>
      <w:proofErr w:type="spellStart"/>
      <w:r>
        <w:t>riunioni</w:t>
      </w:r>
      <w:proofErr w:type="spellEnd"/>
      <w:r>
        <w:t xml:space="preserve"> di </w:t>
      </w:r>
      <w:proofErr w:type="spellStart"/>
      <w:r>
        <w:t>verifica</w:t>
      </w:r>
      <w:proofErr w:type="spellEnd"/>
      <w:r>
        <w:t xml:space="preserve"> </w:t>
      </w:r>
      <w:proofErr w:type="spellStart"/>
      <w:r>
        <w:t>congiunta</w:t>
      </w:r>
      <w:proofErr w:type="spellEnd"/>
      <w:r>
        <w:t xml:space="preserve"> e </w:t>
      </w:r>
      <w:proofErr w:type="spellStart"/>
      <w:r>
        <w:t>gestione</w:t>
      </w:r>
      <w:proofErr w:type="spellEnd"/>
      <w:r>
        <w:t xml:space="preserve"> </w:t>
      </w:r>
      <w:proofErr w:type="spellStart"/>
      <w:r>
        <w:t>dei</w:t>
      </w:r>
      <w:proofErr w:type="spellEnd"/>
      <w:r>
        <w:t xml:space="preserve"> </w:t>
      </w:r>
      <w:proofErr w:type="spellStart"/>
      <w:r>
        <w:t>verbali</w:t>
      </w:r>
      <w:proofErr w:type="spellEnd"/>
      <w:r>
        <w:t>.</w:t>
      </w:r>
    </w:p>
    <w:p w14:paraId="20805370" w14:textId="77777777" w:rsidR="00656279" w:rsidRDefault="00000000">
      <w:pPr>
        <w:spacing w:before="280" w:after="120"/>
      </w:pPr>
      <w:r>
        <w:rPr>
          <w:b/>
          <w:color w:val="003366"/>
          <w:sz w:val="23"/>
        </w:rPr>
        <w:t>SEZIONE 3: VALORE AGGIUNTO E SERVIZI INTEGRATIVI A COSTO ZERO PER L'AMMINISTRAZIONE</w:t>
      </w:r>
    </w:p>
    <w:p w14:paraId="760DB66B" w14:textId="77777777" w:rsidR="00656279" w:rsidRDefault="00000000">
      <w:pPr>
        <w:spacing w:before="160" w:after="60"/>
      </w:pPr>
      <w:proofErr w:type="spellStart"/>
      <w:r>
        <w:rPr>
          <w:b/>
          <w:color w:val="4682B4"/>
          <w:sz w:val="21"/>
        </w:rPr>
        <w:t>Servizi</w:t>
      </w:r>
      <w:proofErr w:type="spellEnd"/>
      <w:r>
        <w:rPr>
          <w:b/>
          <w:color w:val="4682B4"/>
          <w:sz w:val="21"/>
        </w:rPr>
        <w:t xml:space="preserve"> e </w:t>
      </w:r>
      <w:proofErr w:type="spellStart"/>
      <w:r>
        <w:rPr>
          <w:b/>
          <w:color w:val="4682B4"/>
          <w:sz w:val="21"/>
        </w:rPr>
        <w:t>migliorie</w:t>
      </w:r>
      <w:proofErr w:type="spellEnd"/>
      <w:r>
        <w:rPr>
          <w:b/>
          <w:color w:val="4682B4"/>
          <w:sz w:val="21"/>
        </w:rPr>
        <w:t xml:space="preserve"> integrative </w:t>
      </w:r>
      <w:proofErr w:type="spellStart"/>
      <w:r>
        <w:rPr>
          <w:b/>
          <w:color w:val="4682B4"/>
          <w:sz w:val="21"/>
        </w:rPr>
        <w:t>della</w:t>
      </w:r>
      <w:proofErr w:type="spellEnd"/>
      <w:r>
        <w:rPr>
          <w:b/>
          <w:color w:val="4682B4"/>
          <w:sz w:val="21"/>
        </w:rPr>
        <w:t xml:space="preserve"> Rete</w:t>
      </w:r>
    </w:p>
    <w:p w14:paraId="27B7E3B8" w14:textId="77777777" w:rsidR="006C0761" w:rsidRDefault="00000000">
      <w:pPr>
        <w:spacing w:after="120"/>
        <w:jc w:val="both"/>
      </w:pPr>
      <w:proofErr w:type="spellStart"/>
      <w:r>
        <w:lastRenderedPageBreak/>
        <w:t>Descrizione</w:t>
      </w:r>
      <w:proofErr w:type="spellEnd"/>
      <w:r>
        <w:t xml:space="preserve"> </w:t>
      </w:r>
      <w:proofErr w:type="spellStart"/>
      <w:r>
        <w:t>esplicita</w:t>
      </w:r>
      <w:proofErr w:type="spellEnd"/>
      <w:r>
        <w:t xml:space="preserve"> di </w:t>
      </w:r>
      <w:proofErr w:type="spellStart"/>
      <w:r>
        <w:t>eventuali</w:t>
      </w:r>
      <w:proofErr w:type="spellEnd"/>
      <w:r>
        <w:t xml:space="preserve"> </w:t>
      </w:r>
      <w:proofErr w:type="spellStart"/>
      <w:r>
        <w:t>servizi</w:t>
      </w:r>
      <w:proofErr w:type="spellEnd"/>
      <w:r>
        <w:t xml:space="preserve">, </w:t>
      </w:r>
      <w:proofErr w:type="spellStart"/>
      <w:r>
        <w:t>attività</w:t>
      </w:r>
      <w:proofErr w:type="spellEnd"/>
      <w:r>
        <w:t xml:space="preserve"> o </w:t>
      </w:r>
      <w:proofErr w:type="spellStart"/>
      <w:r>
        <w:t>migliorie</w:t>
      </w:r>
      <w:proofErr w:type="spellEnd"/>
      <w:r>
        <w:t xml:space="preserve"> innovative o integrative </w:t>
      </w:r>
      <w:proofErr w:type="spellStart"/>
      <w:r>
        <w:t>offerte</w:t>
      </w:r>
      <w:proofErr w:type="spellEnd"/>
      <w:r>
        <w:t xml:space="preserve"> a </w:t>
      </w:r>
      <w:proofErr w:type="spellStart"/>
      <w:r>
        <w:t>titolo</w:t>
      </w:r>
      <w:proofErr w:type="spellEnd"/>
      <w:r>
        <w:t xml:space="preserve"> </w:t>
      </w:r>
      <w:proofErr w:type="spellStart"/>
      <w:r>
        <w:t>gratuito</w:t>
      </w:r>
      <w:proofErr w:type="spellEnd"/>
      <w:r>
        <w:t xml:space="preserve"> (ai sensi </w:t>
      </w:r>
      <w:proofErr w:type="spellStart"/>
      <w:r>
        <w:t>dell'art</w:t>
      </w:r>
      <w:proofErr w:type="spellEnd"/>
      <w:r>
        <w:t xml:space="preserve">. 35 del D.M. 18/11/2019), </w:t>
      </w:r>
      <w:proofErr w:type="spellStart"/>
      <w:r>
        <w:t>tra</w:t>
      </w:r>
      <w:proofErr w:type="spellEnd"/>
      <w:r>
        <w:t xml:space="preserve"> cui a </w:t>
      </w:r>
      <w:proofErr w:type="spellStart"/>
      <w:r>
        <w:t>titolo</w:t>
      </w:r>
      <w:proofErr w:type="spellEnd"/>
      <w:r>
        <w:t xml:space="preserve"> </w:t>
      </w:r>
      <w:proofErr w:type="spellStart"/>
      <w:r>
        <w:t>esemplificativo</w:t>
      </w:r>
      <w:proofErr w:type="spellEnd"/>
      <w:r>
        <w:t>:</w:t>
      </w:r>
      <w:r>
        <w:br/>
        <w:t xml:space="preserve">- </w:t>
      </w:r>
      <w:proofErr w:type="spellStart"/>
      <w:r>
        <w:t>Iniziative</w:t>
      </w:r>
      <w:proofErr w:type="spellEnd"/>
      <w:r>
        <w:t xml:space="preserve"> di </w:t>
      </w:r>
      <w:proofErr w:type="spellStart"/>
      <w:r>
        <w:t>sensibilizzazione</w:t>
      </w:r>
      <w:proofErr w:type="spellEnd"/>
      <w:r>
        <w:t xml:space="preserve">, </w:t>
      </w:r>
      <w:proofErr w:type="spellStart"/>
      <w:r>
        <w:t>informazione</w:t>
      </w:r>
      <w:proofErr w:type="spellEnd"/>
      <w:r>
        <w:t xml:space="preserve"> e </w:t>
      </w:r>
      <w:proofErr w:type="spellStart"/>
      <w:r>
        <w:t>promozione</w:t>
      </w:r>
      <w:proofErr w:type="spellEnd"/>
      <w:r>
        <w:t xml:space="preserve"> </w:t>
      </w:r>
      <w:proofErr w:type="spellStart"/>
      <w:r>
        <w:t>della</w:t>
      </w:r>
      <w:proofErr w:type="spellEnd"/>
      <w:r>
        <w:t xml:space="preserve"> </w:t>
      </w:r>
      <w:proofErr w:type="spellStart"/>
      <w:r>
        <w:t>cultura</w:t>
      </w:r>
      <w:proofErr w:type="spellEnd"/>
      <w:r>
        <w:t xml:space="preserve"> </w:t>
      </w:r>
      <w:proofErr w:type="spellStart"/>
      <w:r>
        <w:t>dell'inclusione</w:t>
      </w:r>
      <w:proofErr w:type="spellEnd"/>
      <w:r>
        <w:t xml:space="preserve"> </w:t>
      </w:r>
      <w:proofErr w:type="spellStart"/>
      <w:r>
        <w:t>della</w:t>
      </w:r>
      <w:proofErr w:type="spellEnd"/>
      <w:r>
        <w:t xml:space="preserve"> </w:t>
      </w:r>
      <w:proofErr w:type="spellStart"/>
      <w:r>
        <w:t>disabilità</w:t>
      </w:r>
      <w:proofErr w:type="spellEnd"/>
      <w:r>
        <w:t xml:space="preserve"> e </w:t>
      </w:r>
      <w:proofErr w:type="spellStart"/>
      <w:r>
        <w:t>della</w:t>
      </w:r>
      <w:proofErr w:type="spellEnd"/>
      <w:r>
        <w:t xml:space="preserve"> salute </w:t>
      </w:r>
      <w:proofErr w:type="spellStart"/>
      <w:r>
        <w:t>mentale</w:t>
      </w:r>
      <w:proofErr w:type="spellEnd"/>
      <w:r>
        <w:t xml:space="preserve"> </w:t>
      </w:r>
      <w:proofErr w:type="spellStart"/>
      <w:r>
        <w:t>sul</w:t>
      </w:r>
      <w:proofErr w:type="spellEnd"/>
      <w:r>
        <w:t xml:space="preserve"> </w:t>
      </w:r>
      <w:proofErr w:type="spellStart"/>
      <w:r>
        <w:t>territorio</w:t>
      </w:r>
      <w:proofErr w:type="spellEnd"/>
      <w:r>
        <w:t xml:space="preserve"> </w:t>
      </w:r>
      <w:proofErr w:type="spellStart"/>
      <w:r>
        <w:t>provinciale</w:t>
      </w:r>
      <w:proofErr w:type="spellEnd"/>
      <w:r>
        <w:t>;</w:t>
      </w:r>
    </w:p>
    <w:p w14:paraId="2BEDC0EC" w14:textId="77777777" w:rsidR="004F03A5" w:rsidRDefault="00000000">
      <w:pPr>
        <w:spacing w:after="120"/>
        <w:jc w:val="both"/>
      </w:pPr>
      <w:r>
        <w:t xml:space="preserve">- </w:t>
      </w:r>
      <w:proofErr w:type="spellStart"/>
      <w:r>
        <w:t>Percorsi</w:t>
      </w:r>
      <w:proofErr w:type="spellEnd"/>
      <w:r>
        <w:t xml:space="preserve"> di </w:t>
      </w:r>
      <w:proofErr w:type="spellStart"/>
      <w:r>
        <w:t>mediazione</w:t>
      </w:r>
      <w:proofErr w:type="spellEnd"/>
      <w:r>
        <w:t xml:space="preserve"> </w:t>
      </w:r>
      <w:proofErr w:type="spellStart"/>
      <w:r>
        <w:t>dei</w:t>
      </w:r>
      <w:proofErr w:type="spellEnd"/>
      <w:r>
        <w:t xml:space="preserve"> </w:t>
      </w:r>
      <w:proofErr w:type="spellStart"/>
      <w:r>
        <w:t>conflitti</w:t>
      </w:r>
      <w:proofErr w:type="spellEnd"/>
      <w:r>
        <w:t xml:space="preserve">, </w:t>
      </w:r>
      <w:proofErr w:type="spellStart"/>
      <w:r>
        <w:t>cittadinanza</w:t>
      </w:r>
      <w:proofErr w:type="spellEnd"/>
      <w:r>
        <w:t xml:space="preserve"> </w:t>
      </w:r>
      <w:proofErr w:type="spellStart"/>
      <w:r>
        <w:t>attiva</w:t>
      </w:r>
      <w:proofErr w:type="spellEnd"/>
      <w:r>
        <w:t xml:space="preserve"> e </w:t>
      </w:r>
      <w:proofErr w:type="spellStart"/>
      <w:r>
        <w:t>laboratori</w:t>
      </w:r>
      <w:proofErr w:type="spellEnd"/>
      <w:r>
        <w:t xml:space="preserve"> </w:t>
      </w:r>
      <w:proofErr w:type="spellStart"/>
      <w:r>
        <w:t>integrativi</w:t>
      </w:r>
      <w:proofErr w:type="spellEnd"/>
      <w:r>
        <w:t xml:space="preserve"> socio-</w:t>
      </w:r>
      <w:proofErr w:type="spellStart"/>
      <w:r>
        <w:t>ricreativi</w:t>
      </w:r>
      <w:proofErr w:type="spellEnd"/>
      <w:r>
        <w:t xml:space="preserve"> e </w:t>
      </w:r>
      <w:proofErr w:type="spellStart"/>
      <w:r>
        <w:t>sportivi</w:t>
      </w:r>
      <w:proofErr w:type="spellEnd"/>
      <w:r>
        <w:t>;</w:t>
      </w:r>
      <w:r>
        <w:br/>
        <w:t xml:space="preserve">- </w:t>
      </w:r>
      <w:proofErr w:type="spellStart"/>
      <w:r>
        <w:t>Sinergie</w:t>
      </w:r>
      <w:proofErr w:type="spellEnd"/>
      <w:r>
        <w:t xml:space="preserve"> </w:t>
      </w:r>
      <w:proofErr w:type="spellStart"/>
      <w:r>
        <w:t>strutturate</w:t>
      </w:r>
      <w:proofErr w:type="spellEnd"/>
      <w:r>
        <w:t xml:space="preserve"> ed </w:t>
      </w:r>
      <w:proofErr w:type="spellStart"/>
      <w:r>
        <w:t>integrazione</w:t>
      </w:r>
      <w:proofErr w:type="spellEnd"/>
      <w:r>
        <w:t xml:space="preserve"> </w:t>
      </w:r>
      <w:proofErr w:type="spellStart"/>
      <w:r>
        <w:t>operativa</w:t>
      </w:r>
      <w:proofErr w:type="spellEnd"/>
      <w:r>
        <w:t xml:space="preserve"> con </w:t>
      </w:r>
      <w:proofErr w:type="spellStart"/>
      <w:r>
        <w:t>gli</w:t>
      </w:r>
      <w:proofErr w:type="spellEnd"/>
      <w:r>
        <w:t xml:space="preserve"> </w:t>
      </w:r>
      <w:proofErr w:type="spellStart"/>
      <w:r>
        <w:t>altri</w:t>
      </w:r>
      <w:proofErr w:type="spellEnd"/>
      <w:r>
        <w:t xml:space="preserve"> </w:t>
      </w:r>
      <w:proofErr w:type="spellStart"/>
      <w:r>
        <w:t>progetti</w:t>
      </w:r>
      <w:proofErr w:type="spellEnd"/>
      <w:r>
        <w:t xml:space="preserve"> SAI (</w:t>
      </w:r>
      <w:proofErr w:type="spellStart"/>
      <w:r>
        <w:t>Ordinari</w:t>
      </w:r>
      <w:proofErr w:type="spellEnd"/>
      <w:r>
        <w:t xml:space="preserve"> e MSNA) </w:t>
      </w:r>
      <w:proofErr w:type="spellStart"/>
      <w:r>
        <w:t>operanti</w:t>
      </w:r>
      <w:proofErr w:type="spellEnd"/>
      <w:r>
        <w:t xml:space="preserve"> </w:t>
      </w:r>
      <w:proofErr w:type="spellStart"/>
      <w:r>
        <w:t>nel</w:t>
      </w:r>
      <w:proofErr w:type="spellEnd"/>
      <w:r>
        <w:t xml:space="preserve"> </w:t>
      </w:r>
      <w:proofErr w:type="spellStart"/>
      <w:r>
        <w:t>territorio</w:t>
      </w:r>
      <w:proofErr w:type="spellEnd"/>
      <w:r>
        <w:t xml:space="preserve"> </w:t>
      </w:r>
      <w:proofErr w:type="spellStart"/>
      <w:r>
        <w:t>della</w:t>
      </w:r>
      <w:proofErr w:type="spellEnd"/>
      <w:r>
        <w:t xml:space="preserve"> </w:t>
      </w:r>
      <w:proofErr w:type="spellStart"/>
      <w:r>
        <w:t>Provincia</w:t>
      </w:r>
      <w:proofErr w:type="spellEnd"/>
      <w:r>
        <w:t xml:space="preserve"> di Matera;</w:t>
      </w:r>
    </w:p>
    <w:p w14:paraId="071C12B2" w14:textId="5B0EE909" w:rsidR="00656279" w:rsidRDefault="00000000">
      <w:pPr>
        <w:spacing w:after="120"/>
        <w:jc w:val="both"/>
      </w:pPr>
      <w:r>
        <w:t xml:space="preserve">- Piano di </w:t>
      </w:r>
      <w:proofErr w:type="spellStart"/>
      <w:r>
        <w:t>comunicazione</w:t>
      </w:r>
      <w:proofErr w:type="spellEnd"/>
      <w:r>
        <w:t xml:space="preserve"> e </w:t>
      </w:r>
      <w:proofErr w:type="spellStart"/>
      <w:r>
        <w:t>pubblicità</w:t>
      </w:r>
      <w:proofErr w:type="spellEnd"/>
      <w:r>
        <w:t xml:space="preserve"> del </w:t>
      </w:r>
      <w:proofErr w:type="spellStart"/>
      <w:r>
        <w:t>progetto</w:t>
      </w:r>
      <w:proofErr w:type="spellEnd"/>
      <w:r>
        <w:t xml:space="preserve"> in </w:t>
      </w:r>
      <w:proofErr w:type="spellStart"/>
      <w:r>
        <w:t>rigorosa</w:t>
      </w:r>
      <w:proofErr w:type="spellEnd"/>
      <w:r>
        <w:t xml:space="preserve"> </w:t>
      </w:r>
      <w:proofErr w:type="spellStart"/>
      <w:r>
        <w:t>conformità</w:t>
      </w:r>
      <w:proofErr w:type="spellEnd"/>
      <w:r>
        <w:t xml:space="preserve"> al </w:t>
      </w:r>
      <w:proofErr w:type="spellStart"/>
      <w:r>
        <w:t>Manuale</w:t>
      </w:r>
      <w:proofErr w:type="spellEnd"/>
      <w:r>
        <w:t xml:space="preserve"> </w:t>
      </w:r>
      <w:proofErr w:type="spellStart"/>
      <w:r>
        <w:t>d'Immagine</w:t>
      </w:r>
      <w:proofErr w:type="spellEnd"/>
      <w:r>
        <w:t xml:space="preserve"> </w:t>
      </w:r>
      <w:proofErr w:type="spellStart"/>
      <w:r>
        <w:t>Coordinata</w:t>
      </w:r>
      <w:proofErr w:type="spellEnd"/>
      <w:r>
        <w:t xml:space="preserve"> SAI e FAMI 2021-2027.</w:t>
      </w:r>
    </w:p>
    <w:p w14:paraId="5B05F8D3" w14:textId="77777777" w:rsidR="00656279" w:rsidRDefault="00000000">
      <w:pPr>
        <w:spacing w:before="280" w:after="120"/>
      </w:pPr>
      <w:r>
        <w:rPr>
          <w:b/>
          <w:color w:val="003366"/>
          <w:sz w:val="23"/>
        </w:rPr>
        <w:t>SEZIONE 4: PIANO ORGANIZZATIVO, CRONOGRAMMA D'AVVIO E SISTEMA DI MONITORAGGIO</w:t>
      </w:r>
    </w:p>
    <w:p w14:paraId="0F279F68" w14:textId="77777777" w:rsidR="00656279" w:rsidRDefault="00000000">
      <w:pPr>
        <w:spacing w:before="160" w:after="60"/>
      </w:pPr>
      <w:r>
        <w:rPr>
          <w:b/>
          <w:color w:val="4682B4"/>
          <w:sz w:val="21"/>
        </w:rPr>
        <w:t xml:space="preserve">Governance, </w:t>
      </w:r>
      <w:proofErr w:type="spellStart"/>
      <w:r>
        <w:rPr>
          <w:b/>
          <w:color w:val="4682B4"/>
          <w:sz w:val="21"/>
        </w:rPr>
        <w:t>Cronogramma</w:t>
      </w:r>
      <w:proofErr w:type="spellEnd"/>
      <w:r>
        <w:rPr>
          <w:b/>
          <w:color w:val="4682B4"/>
          <w:sz w:val="21"/>
        </w:rPr>
        <w:t xml:space="preserve"> e </w:t>
      </w:r>
      <w:proofErr w:type="spellStart"/>
      <w:r>
        <w:rPr>
          <w:b/>
          <w:color w:val="4682B4"/>
          <w:sz w:val="21"/>
        </w:rPr>
        <w:t>Monitoraggio</w:t>
      </w:r>
      <w:proofErr w:type="spellEnd"/>
    </w:p>
    <w:p w14:paraId="7E1B09B5" w14:textId="77777777" w:rsidR="00656279" w:rsidRDefault="00000000">
      <w:pPr>
        <w:spacing w:after="120"/>
        <w:jc w:val="both"/>
      </w:pPr>
      <w:proofErr w:type="spellStart"/>
      <w:r>
        <w:t>Descrizione</w:t>
      </w:r>
      <w:proofErr w:type="spellEnd"/>
      <w:r>
        <w:t xml:space="preserve"> </w:t>
      </w:r>
      <w:proofErr w:type="spellStart"/>
      <w:r>
        <w:t>dettagliata</w:t>
      </w:r>
      <w:proofErr w:type="spellEnd"/>
      <w:r>
        <w:t xml:space="preserve"> del piano </w:t>
      </w:r>
      <w:proofErr w:type="spellStart"/>
      <w:r>
        <w:t>organizzativo</w:t>
      </w:r>
      <w:proofErr w:type="spellEnd"/>
      <w:r>
        <w:t xml:space="preserve"> </w:t>
      </w:r>
      <w:proofErr w:type="spellStart"/>
      <w:r>
        <w:t>delle</w:t>
      </w:r>
      <w:proofErr w:type="spellEnd"/>
      <w:r>
        <w:t xml:space="preserve"> </w:t>
      </w:r>
      <w:proofErr w:type="spellStart"/>
      <w:r>
        <w:t>risorse</w:t>
      </w:r>
      <w:proofErr w:type="spellEnd"/>
      <w:r>
        <w:t xml:space="preserve"> </w:t>
      </w:r>
      <w:proofErr w:type="spellStart"/>
      <w:r>
        <w:t>umane</w:t>
      </w:r>
      <w:proofErr w:type="spellEnd"/>
      <w:r>
        <w:t xml:space="preserve"> </w:t>
      </w:r>
      <w:proofErr w:type="spellStart"/>
      <w:r>
        <w:t>impiegate</w:t>
      </w:r>
      <w:proofErr w:type="spellEnd"/>
      <w:r>
        <w:t xml:space="preserve"> </w:t>
      </w:r>
      <w:proofErr w:type="spellStart"/>
      <w:r>
        <w:t>dalle</w:t>
      </w:r>
      <w:proofErr w:type="spellEnd"/>
      <w:r>
        <w:t xml:space="preserve"> diverse </w:t>
      </w:r>
      <w:proofErr w:type="spellStart"/>
      <w:r>
        <w:t>componenti</w:t>
      </w:r>
      <w:proofErr w:type="spellEnd"/>
      <w:r>
        <w:t xml:space="preserve"> del RTI. </w:t>
      </w:r>
      <w:proofErr w:type="spellStart"/>
      <w:r>
        <w:t>Definizione</w:t>
      </w:r>
      <w:proofErr w:type="spellEnd"/>
      <w:r>
        <w:t xml:space="preserve"> </w:t>
      </w:r>
      <w:proofErr w:type="spellStart"/>
      <w:r>
        <w:t>delle</w:t>
      </w:r>
      <w:proofErr w:type="spellEnd"/>
      <w:r>
        <w:t xml:space="preserve"> procedure di </w:t>
      </w:r>
      <w:proofErr w:type="spellStart"/>
      <w:r>
        <w:t>monitoraggio</w:t>
      </w:r>
      <w:proofErr w:type="spellEnd"/>
      <w:r>
        <w:t xml:space="preserve">, </w:t>
      </w:r>
      <w:proofErr w:type="spellStart"/>
      <w:r>
        <w:t>supervisione</w:t>
      </w:r>
      <w:proofErr w:type="spellEnd"/>
      <w:r>
        <w:t xml:space="preserve"> </w:t>
      </w:r>
      <w:proofErr w:type="spellStart"/>
      <w:r>
        <w:t>pedagogica</w:t>
      </w:r>
      <w:proofErr w:type="spellEnd"/>
      <w:r>
        <w:t>/</w:t>
      </w:r>
      <w:proofErr w:type="spellStart"/>
      <w:r>
        <w:t>psicologica</w:t>
      </w:r>
      <w:proofErr w:type="spellEnd"/>
      <w:r>
        <w:t xml:space="preserve"> </w:t>
      </w:r>
      <w:proofErr w:type="spellStart"/>
      <w:r>
        <w:t>dell'équipe</w:t>
      </w:r>
      <w:proofErr w:type="spellEnd"/>
      <w:r>
        <w:t xml:space="preserve"> e </w:t>
      </w:r>
      <w:proofErr w:type="spellStart"/>
      <w:r>
        <w:t>verifica</w:t>
      </w:r>
      <w:proofErr w:type="spellEnd"/>
      <w:r>
        <w:t xml:space="preserve"> interna </w:t>
      </w:r>
      <w:proofErr w:type="spellStart"/>
      <w:r>
        <w:t>dell'efficacia</w:t>
      </w:r>
      <w:proofErr w:type="spellEnd"/>
      <w:r>
        <w:t xml:space="preserve"> </w:t>
      </w:r>
      <w:proofErr w:type="spellStart"/>
      <w:r>
        <w:t>delle</w:t>
      </w:r>
      <w:proofErr w:type="spellEnd"/>
      <w:r>
        <w:t xml:space="preserve"> </w:t>
      </w:r>
      <w:proofErr w:type="spellStart"/>
      <w:r>
        <w:t>prestazioni</w:t>
      </w:r>
      <w:proofErr w:type="spellEnd"/>
      <w:r>
        <w:t xml:space="preserve">. </w:t>
      </w:r>
      <w:proofErr w:type="spellStart"/>
      <w:r>
        <w:t>Cronogramma</w:t>
      </w:r>
      <w:proofErr w:type="spellEnd"/>
      <w:r>
        <w:t xml:space="preserve"> </w:t>
      </w:r>
      <w:proofErr w:type="spellStart"/>
      <w:r>
        <w:t>dettagliato</w:t>
      </w:r>
      <w:proofErr w:type="spellEnd"/>
      <w:r>
        <w:t xml:space="preserve"> </w:t>
      </w:r>
      <w:proofErr w:type="spellStart"/>
      <w:r>
        <w:t>delle</w:t>
      </w:r>
      <w:proofErr w:type="spellEnd"/>
      <w:r>
        <w:t xml:space="preserve"> </w:t>
      </w:r>
      <w:proofErr w:type="spellStart"/>
      <w:r>
        <w:t>fasi</w:t>
      </w:r>
      <w:proofErr w:type="spellEnd"/>
      <w:r>
        <w:t xml:space="preserve"> </w:t>
      </w:r>
      <w:proofErr w:type="spellStart"/>
      <w:r>
        <w:t>d'avvio</w:t>
      </w:r>
      <w:proofErr w:type="spellEnd"/>
      <w:r>
        <w:t xml:space="preserve"> </w:t>
      </w:r>
      <w:proofErr w:type="spellStart"/>
      <w:r>
        <w:t>dei</w:t>
      </w:r>
      <w:proofErr w:type="spellEnd"/>
      <w:r>
        <w:t xml:space="preserve"> </w:t>
      </w:r>
      <w:proofErr w:type="spellStart"/>
      <w:r>
        <w:t>servizi</w:t>
      </w:r>
      <w:proofErr w:type="spellEnd"/>
      <w:r>
        <w:t xml:space="preserve"> a </w:t>
      </w:r>
      <w:proofErr w:type="spellStart"/>
      <w:r>
        <w:t>decorrere</w:t>
      </w:r>
      <w:proofErr w:type="spellEnd"/>
      <w:r>
        <w:t xml:space="preserve"> </w:t>
      </w:r>
      <w:proofErr w:type="spellStart"/>
      <w:r>
        <w:t>dalla</w:t>
      </w:r>
      <w:proofErr w:type="spellEnd"/>
      <w:r>
        <w:t xml:space="preserve"> data di </w:t>
      </w:r>
      <w:proofErr w:type="spellStart"/>
      <w:r>
        <w:t>sottoscrizione</w:t>
      </w:r>
      <w:proofErr w:type="spellEnd"/>
      <w:r>
        <w:t xml:space="preserve"> </w:t>
      </w:r>
      <w:proofErr w:type="spellStart"/>
      <w:r>
        <w:t>della</w:t>
      </w:r>
      <w:proofErr w:type="spellEnd"/>
      <w:r>
        <w:t xml:space="preserve"> </w:t>
      </w:r>
      <w:proofErr w:type="spellStart"/>
      <w:r>
        <w:t>Convenzione</w:t>
      </w:r>
      <w:proofErr w:type="spellEnd"/>
      <w:r>
        <w:t xml:space="preserve"> di </w:t>
      </w:r>
      <w:proofErr w:type="spellStart"/>
      <w:r>
        <w:t>Amministrazione</w:t>
      </w:r>
      <w:proofErr w:type="spellEnd"/>
      <w:r>
        <w:t xml:space="preserve"> </w:t>
      </w:r>
      <w:proofErr w:type="spellStart"/>
      <w:r>
        <w:t>Condivisa</w:t>
      </w:r>
      <w:proofErr w:type="spellEnd"/>
      <w:r>
        <w:t>.</w:t>
      </w:r>
    </w:p>
    <w:p w14:paraId="6E50560B" w14:textId="77777777" w:rsidR="00656279" w:rsidRDefault="00000000">
      <w:pPr>
        <w:spacing w:before="280" w:after="120"/>
      </w:pPr>
      <w:r>
        <w:rPr>
          <w:b/>
          <w:color w:val="003366"/>
          <w:sz w:val="23"/>
        </w:rPr>
        <w:t>SEZIONE 5: ALLEGATI ESSENZIALI OBBLIGATORI DA UNIRE ALLA PROPOSTA</w:t>
      </w:r>
    </w:p>
    <w:p w14:paraId="04B20B53" w14:textId="77777777" w:rsidR="006C0761" w:rsidRDefault="00000000" w:rsidP="006C0761">
      <w:pPr>
        <w:spacing w:before="160" w:after="60"/>
        <w:rPr>
          <w:b/>
          <w:color w:val="4682B4"/>
          <w:sz w:val="21"/>
        </w:rPr>
      </w:pPr>
      <w:proofErr w:type="spellStart"/>
      <w:r>
        <w:rPr>
          <w:b/>
          <w:color w:val="4682B4"/>
          <w:sz w:val="21"/>
        </w:rPr>
        <w:t>Elenco</w:t>
      </w:r>
      <w:proofErr w:type="spellEnd"/>
      <w:r>
        <w:rPr>
          <w:b/>
          <w:color w:val="4682B4"/>
          <w:sz w:val="21"/>
        </w:rPr>
        <w:t xml:space="preserve"> </w:t>
      </w:r>
      <w:proofErr w:type="spellStart"/>
      <w:r>
        <w:rPr>
          <w:b/>
          <w:color w:val="4682B4"/>
          <w:sz w:val="21"/>
        </w:rPr>
        <w:t>Documentazione</w:t>
      </w:r>
      <w:proofErr w:type="spellEnd"/>
      <w:r>
        <w:rPr>
          <w:b/>
          <w:color w:val="4682B4"/>
          <w:sz w:val="21"/>
        </w:rPr>
        <w:t xml:space="preserve"> </w:t>
      </w:r>
      <w:proofErr w:type="spellStart"/>
      <w:r>
        <w:rPr>
          <w:b/>
          <w:color w:val="4682B4"/>
          <w:sz w:val="21"/>
        </w:rPr>
        <w:t>allegata</w:t>
      </w:r>
      <w:proofErr w:type="spellEnd"/>
    </w:p>
    <w:p w14:paraId="20A9E2C8" w14:textId="224BB5BF" w:rsidR="006C0761" w:rsidRDefault="00000000" w:rsidP="006C0761">
      <w:pPr>
        <w:pStyle w:val="Paragrafoelenco"/>
        <w:numPr>
          <w:ilvl w:val="0"/>
          <w:numId w:val="10"/>
        </w:numPr>
        <w:spacing w:before="160" w:after="120"/>
        <w:ind w:left="142" w:hanging="142"/>
        <w:jc w:val="both"/>
      </w:pPr>
      <w:proofErr w:type="spellStart"/>
      <w:r>
        <w:t>Dichiarazioni</w:t>
      </w:r>
      <w:proofErr w:type="spellEnd"/>
      <w:r>
        <w:t xml:space="preserve"> di </w:t>
      </w:r>
      <w:proofErr w:type="spellStart"/>
      <w:r>
        <w:t>impegno</w:t>
      </w:r>
      <w:proofErr w:type="spellEnd"/>
      <w:r>
        <w:t xml:space="preserve"> a </w:t>
      </w:r>
      <w:proofErr w:type="spellStart"/>
      <w:r w:rsidR="007E2FEE">
        <w:t>locare</w:t>
      </w:r>
      <w:proofErr w:type="spellEnd"/>
      <w:r>
        <w:t xml:space="preserve"> per le </w:t>
      </w:r>
      <w:proofErr w:type="spellStart"/>
      <w:r>
        <w:t>strutture</w:t>
      </w:r>
      <w:proofErr w:type="spellEnd"/>
      <w:r>
        <w:t xml:space="preserve"> </w:t>
      </w:r>
      <w:proofErr w:type="spellStart"/>
      <w:r>
        <w:t>residenziali</w:t>
      </w:r>
      <w:proofErr w:type="spellEnd"/>
      <w:r>
        <w:t xml:space="preserve"> </w:t>
      </w:r>
      <w:proofErr w:type="spellStart"/>
      <w:r>
        <w:t>apportate</w:t>
      </w:r>
      <w:proofErr w:type="spellEnd"/>
      <w:r>
        <w:t xml:space="preserve"> </w:t>
      </w:r>
      <w:proofErr w:type="spellStart"/>
      <w:r>
        <w:t>dai</w:t>
      </w:r>
      <w:proofErr w:type="spellEnd"/>
      <w:r>
        <w:t xml:space="preserve"> </w:t>
      </w:r>
      <w:proofErr w:type="spellStart"/>
      <w:r>
        <w:t>componenti</w:t>
      </w:r>
      <w:proofErr w:type="spellEnd"/>
      <w:r>
        <w:t xml:space="preserve"> del RTI;</w:t>
      </w:r>
    </w:p>
    <w:p w14:paraId="1754844D" w14:textId="77777777" w:rsidR="006C0761" w:rsidRDefault="00000000">
      <w:pPr>
        <w:spacing w:after="120"/>
        <w:jc w:val="both"/>
      </w:pPr>
      <w:r>
        <w:t xml:space="preserve">• Curriculum Vitae (CV) </w:t>
      </w:r>
      <w:proofErr w:type="spellStart"/>
      <w:r>
        <w:t>aggiornati</w:t>
      </w:r>
      <w:proofErr w:type="spellEnd"/>
      <w:r>
        <w:t xml:space="preserve"> e </w:t>
      </w:r>
      <w:proofErr w:type="spellStart"/>
      <w:r>
        <w:t>firmati</w:t>
      </w:r>
      <w:proofErr w:type="spellEnd"/>
      <w:r>
        <w:t xml:space="preserve"> </w:t>
      </w:r>
      <w:proofErr w:type="spellStart"/>
      <w:r>
        <w:t>dei</w:t>
      </w:r>
      <w:proofErr w:type="spellEnd"/>
      <w:r>
        <w:t xml:space="preserve"> </w:t>
      </w:r>
      <w:proofErr w:type="spellStart"/>
      <w:r>
        <w:t>principali</w:t>
      </w:r>
      <w:proofErr w:type="spellEnd"/>
      <w:r>
        <w:t xml:space="preserve"> </w:t>
      </w:r>
      <w:proofErr w:type="spellStart"/>
      <w:r>
        <w:t>operatori</w:t>
      </w:r>
      <w:proofErr w:type="spellEnd"/>
      <w:r>
        <w:t xml:space="preserve"> e figure </w:t>
      </w:r>
      <w:proofErr w:type="spellStart"/>
      <w:r>
        <w:t>professionali</w:t>
      </w:r>
      <w:proofErr w:type="spellEnd"/>
      <w:r>
        <w:t xml:space="preserve"> </w:t>
      </w:r>
      <w:proofErr w:type="spellStart"/>
      <w:r>
        <w:t>componenti</w:t>
      </w:r>
      <w:proofErr w:type="spellEnd"/>
      <w:r>
        <w:t xml:space="preserve"> </w:t>
      </w:r>
      <w:proofErr w:type="spellStart"/>
      <w:r>
        <w:t>l'équipe</w:t>
      </w:r>
      <w:proofErr w:type="spellEnd"/>
      <w:r>
        <w:t xml:space="preserve"> </w:t>
      </w:r>
      <w:proofErr w:type="spellStart"/>
      <w:r>
        <w:t>multidisciplinare</w:t>
      </w:r>
      <w:proofErr w:type="spellEnd"/>
      <w:r>
        <w:t xml:space="preserve"> </w:t>
      </w:r>
      <w:proofErr w:type="spellStart"/>
      <w:r>
        <w:t>integrata</w:t>
      </w:r>
      <w:proofErr w:type="spellEnd"/>
      <w:r>
        <w:t>;</w:t>
      </w:r>
    </w:p>
    <w:p w14:paraId="019155E0" w14:textId="77777777" w:rsidR="006C0761" w:rsidRDefault="00000000">
      <w:pPr>
        <w:spacing w:after="120"/>
        <w:jc w:val="both"/>
      </w:pPr>
      <w:r>
        <w:t xml:space="preserve">• Atto </w:t>
      </w:r>
      <w:proofErr w:type="spellStart"/>
      <w:r>
        <w:t>costitutivo</w:t>
      </w:r>
      <w:proofErr w:type="spellEnd"/>
      <w:r>
        <w:t xml:space="preserve"> / </w:t>
      </w:r>
      <w:proofErr w:type="spellStart"/>
      <w:r>
        <w:t>Scrittura</w:t>
      </w:r>
      <w:proofErr w:type="spellEnd"/>
      <w:r>
        <w:t xml:space="preserve"> </w:t>
      </w:r>
      <w:proofErr w:type="spellStart"/>
      <w:r>
        <w:t>privata</w:t>
      </w:r>
      <w:proofErr w:type="spellEnd"/>
      <w:r>
        <w:t xml:space="preserve"> del RTI/ATS (se </w:t>
      </w:r>
      <w:proofErr w:type="spellStart"/>
      <w:r>
        <w:t>già</w:t>
      </w:r>
      <w:proofErr w:type="spellEnd"/>
      <w:r>
        <w:t xml:space="preserve"> </w:t>
      </w:r>
      <w:proofErr w:type="spellStart"/>
      <w:r>
        <w:t>costituito</w:t>
      </w:r>
      <w:proofErr w:type="spellEnd"/>
      <w:r>
        <w:t xml:space="preserve">) </w:t>
      </w:r>
      <w:proofErr w:type="spellStart"/>
      <w:r>
        <w:t>ovvero</w:t>
      </w:r>
      <w:proofErr w:type="spellEnd"/>
      <w:r>
        <w:t xml:space="preserve"> </w:t>
      </w:r>
      <w:proofErr w:type="spellStart"/>
      <w:r>
        <w:t>Dichiarazione</w:t>
      </w:r>
      <w:proofErr w:type="spellEnd"/>
      <w:r>
        <w:t xml:space="preserve"> di </w:t>
      </w:r>
      <w:proofErr w:type="spellStart"/>
      <w:r>
        <w:t>impegno</w:t>
      </w:r>
      <w:proofErr w:type="spellEnd"/>
      <w:r>
        <w:t xml:space="preserve"> </w:t>
      </w:r>
      <w:proofErr w:type="spellStart"/>
      <w:r>
        <w:t>alla</w:t>
      </w:r>
      <w:proofErr w:type="spellEnd"/>
      <w:r>
        <w:t xml:space="preserve"> </w:t>
      </w:r>
      <w:proofErr w:type="spellStart"/>
      <w:r>
        <w:t>costituzione</w:t>
      </w:r>
      <w:proofErr w:type="spellEnd"/>
      <w:r>
        <w:t xml:space="preserve"> (se </w:t>
      </w:r>
      <w:proofErr w:type="spellStart"/>
      <w:r>
        <w:t>costituendo</w:t>
      </w:r>
      <w:proofErr w:type="spellEnd"/>
      <w:r>
        <w:t>);</w:t>
      </w:r>
    </w:p>
    <w:p w14:paraId="308B6212" w14:textId="3F982BEC" w:rsidR="00656279" w:rsidRDefault="00000000">
      <w:pPr>
        <w:spacing w:after="120"/>
        <w:jc w:val="both"/>
      </w:pPr>
      <w:r>
        <w:t xml:space="preserve">• </w:t>
      </w:r>
      <w:proofErr w:type="spellStart"/>
      <w:r>
        <w:t>Elenco</w:t>
      </w:r>
      <w:proofErr w:type="spellEnd"/>
      <w:r>
        <w:t xml:space="preserve"> </w:t>
      </w:r>
      <w:proofErr w:type="spellStart"/>
      <w:r>
        <w:t>analitico</w:t>
      </w:r>
      <w:proofErr w:type="spellEnd"/>
      <w:r>
        <w:t xml:space="preserve"> </w:t>
      </w:r>
      <w:proofErr w:type="spellStart"/>
      <w:r>
        <w:t>delle</w:t>
      </w:r>
      <w:proofErr w:type="spellEnd"/>
      <w:r>
        <w:t xml:space="preserve"> </w:t>
      </w:r>
      <w:proofErr w:type="spellStart"/>
      <w:r>
        <w:t>esperienze</w:t>
      </w:r>
      <w:proofErr w:type="spellEnd"/>
      <w:r>
        <w:t xml:space="preserve"> </w:t>
      </w:r>
      <w:proofErr w:type="spellStart"/>
      <w:r>
        <w:t>pregresse</w:t>
      </w:r>
      <w:proofErr w:type="spellEnd"/>
      <w:r>
        <w:t xml:space="preserve"> </w:t>
      </w:r>
      <w:proofErr w:type="spellStart"/>
      <w:r>
        <w:t>nella</w:t>
      </w:r>
      <w:proofErr w:type="spellEnd"/>
      <w:r>
        <w:t xml:space="preserve"> </w:t>
      </w:r>
      <w:proofErr w:type="spellStart"/>
      <w:r>
        <w:t>gestione</w:t>
      </w:r>
      <w:proofErr w:type="spellEnd"/>
      <w:r>
        <w:t xml:space="preserve"> di </w:t>
      </w:r>
      <w:proofErr w:type="spellStart"/>
      <w:r>
        <w:t>servizi</w:t>
      </w:r>
      <w:proofErr w:type="spellEnd"/>
      <w:r>
        <w:t xml:space="preserve"> di </w:t>
      </w:r>
      <w:proofErr w:type="spellStart"/>
      <w:r>
        <w:t>accoglienza</w:t>
      </w:r>
      <w:proofErr w:type="spellEnd"/>
      <w:r>
        <w:t xml:space="preserve"> SAI / </w:t>
      </w:r>
      <w:proofErr w:type="spellStart"/>
      <w:r>
        <w:t>Protezione</w:t>
      </w:r>
      <w:proofErr w:type="spellEnd"/>
      <w:r>
        <w:t xml:space="preserve"> </w:t>
      </w:r>
      <w:proofErr w:type="spellStart"/>
      <w:r>
        <w:t>Internazionale</w:t>
      </w:r>
      <w:proofErr w:type="spellEnd"/>
      <w:r>
        <w:t xml:space="preserve"> / </w:t>
      </w:r>
      <w:proofErr w:type="spellStart"/>
      <w:r>
        <w:t>Vulnerabili</w:t>
      </w:r>
      <w:proofErr w:type="spellEnd"/>
      <w:r>
        <w:t xml:space="preserve"> maturate </w:t>
      </w:r>
      <w:proofErr w:type="spellStart"/>
      <w:r>
        <w:t>dalle</w:t>
      </w:r>
      <w:proofErr w:type="spellEnd"/>
      <w:r>
        <w:t xml:space="preserve"> </w:t>
      </w:r>
      <w:proofErr w:type="spellStart"/>
      <w:r>
        <w:t>componenti</w:t>
      </w:r>
      <w:proofErr w:type="spellEnd"/>
      <w:r>
        <w:t xml:space="preserve"> del </w:t>
      </w:r>
      <w:proofErr w:type="spellStart"/>
      <w:r>
        <w:t>raggruppamento</w:t>
      </w:r>
      <w:proofErr w:type="spellEnd"/>
      <w:r>
        <w:t>;</w:t>
      </w:r>
      <w:r>
        <w:br/>
        <w:t xml:space="preserve">• </w:t>
      </w:r>
      <w:proofErr w:type="spellStart"/>
      <w:r>
        <w:t>Bozze</w:t>
      </w:r>
      <w:proofErr w:type="spellEnd"/>
      <w:r>
        <w:t xml:space="preserve"> operative di </w:t>
      </w:r>
      <w:proofErr w:type="spellStart"/>
      <w:r>
        <w:t>strumenti</w:t>
      </w:r>
      <w:proofErr w:type="spellEnd"/>
      <w:r>
        <w:t xml:space="preserve"> </w:t>
      </w:r>
      <w:proofErr w:type="spellStart"/>
      <w:r>
        <w:t>gestionali</w:t>
      </w:r>
      <w:proofErr w:type="spellEnd"/>
      <w:r>
        <w:t xml:space="preserve"> (modulo </w:t>
      </w:r>
      <w:proofErr w:type="spellStart"/>
      <w:r>
        <w:t>gestione</w:t>
      </w:r>
      <w:proofErr w:type="spellEnd"/>
      <w:r>
        <w:t xml:space="preserve"> pocket money, </w:t>
      </w:r>
      <w:proofErr w:type="spellStart"/>
      <w:r>
        <w:t>registro</w:t>
      </w:r>
      <w:proofErr w:type="spellEnd"/>
      <w:r>
        <w:t xml:space="preserve"> </w:t>
      </w:r>
      <w:proofErr w:type="spellStart"/>
      <w:r>
        <w:t>presenze</w:t>
      </w:r>
      <w:proofErr w:type="spellEnd"/>
      <w:r>
        <w:t xml:space="preserve">, </w:t>
      </w:r>
      <w:proofErr w:type="spellStart"/>
      <w:r>
        <w:t>modelli</w:t>
      </w:r>
      <w:proofErr w:type="spellEnd"/>
      <w:r>
        <w:t xml:space="preserve"> di P.E.I., </w:t>
      </w:r>
      <w:proofErr w:type="spellStart"/>
      <w:r>
        <w:t>schede</w:t>
      </w:r>
      <w:proofErr w:type="spellEnd"/>
      <w:r>
        <w:t xml:space="preserve"> di </w:t>
      </w:r>
      <w:proofErr w:type="spellStart"/>
      <w:r>
        <w:t>monitoraggio</w:t>
      </w:r>
      <w:proofErr w:type="spellEnd"/>
      <w:r>
        <w:t xml:space="preserve"> </w:t>
      </w:r>
      <w:proofErr w:type="spellStart"/>
      <w:r>
        <w:t>sanitario</w:t>
      </w:r>
      <w:proofErr w:type="spellEnd"/>
      <w:r>
        <w:t xml:space="preserve"> e </w:t>
      </w:r>
      <w:proofErr w:type="spellStart"/>
      <w:r>
        <w:t>reportistica</w:t>
      </w:r>
      <w:proofErr w:type="spellEnd"/>
      <w:r>
        <w:t xml:space="preserve"> SAI).</w:t>
      </w:r>
    </w:p>
    <w:p w14:paraId="6E3E23E7" w14:textId="77777777" w:rsidR="00656279" w:rsidRDefault="00000000">
      <w:pPr>
        <w:spacing w:before="400"/>
      </w:pPr>
      <w:proofErr w:type="spellStart"/>
      <w:r>
        <w:t>Luogo</w:t>
      </w:r>
      <w:proofErr w:type="spellEnd"/>
      <w:r>
        <w:t xml:space="preserve"> e data: .............................................................................</w:t>
      </w:r>
      <w:r>
        <w:br/>
      </w:r>
      <w:r>
        <w:br/>
      </w:r>
      <w:proofErr w:type="spellStart"/>
      <w:r>
        <w:rPr>
          <w:b/>
        </w:rPr>
        <w:t>Firma</w:t>
      </w:r>
      <w:proofErr w:type="spellEnd"/>
      <w:r>
        <w:rPr>
          <w:b/>
        </w:rPr>
        <w:t xml:space="preserve"> del/</w:t>
      </w:r>
      <w:proofErr w:type="spellStart"/>
      <w:r>
        <w:rPr>
          <w:b/>
        </w:rPr>
        <w:t>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Legale</w:t>
      </w:r>
      <w:proofErr w:type="spellEnd"/>
      <w:r>
        <w:rPr>
          <w:b/>
        </w:rPr>
        <w:t>/</w:t>
      </w:r>
      <w:proofErr w:type="spellStart"/>
      <w:r>
        <w:rPr>
          <w:b/>
        </w:rPr>
        <w:t>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Rappresentante</w:t>
      </w:r>
      <w:proofErr w:type="spellEnd"/>
      <w:r>
        <w:rPr>
          <w:b/>
        </w:rPr>
        <w:t>/</w:t>
      </w:r>
      <w:proofErr w:type="spellStart"/>
      <w:r>
        <w:rPr>
          <w:b/>
        </w:rPr>
        <w:t>i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firma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digitale</w:t>
      </w:r>
      <w:proofErr w:type="spellEnd"/>
      <w:r>
        <w:rPr>
          <w:b/>
        </w:rPr>
        <w:t>):</w:t>
      </w:r>
      <w:r>
        <w:rPr>
          <w:b/>
        </w:rPr>
        <w:br/>
      </w:r>
      <w:r>
        <w:t xml:space="preserve">(In </w:t>
      </w:r>
      <w:proofErr w:type="spellStart"/>
      <w:r>
        <w:t>caso</w:t>
      </w:r>
      <w:proofErr w:type="spellEnd"/>
      <w:r>
        <w:t xml:space="preserve"> di RTI </w:t>
      </w:r>
      <w:proofErr w:type="spellStart"/>
      <w:r>
        <w:t>costituendo</w:t>
      </w:r>
      <w:proofErr w:type="spellEnd"/>
      <w:r>
        <w:t xml:space="preserve">, la </w:t>
      </w:r>
      <w:proofErr w:type="spellStart"/>
      <w:r>
        <w:t>proposta</w:t>
      </w:r>
      <w:proofErr w:type="spellEnd"/>
      <w:r>
        <w:t xml:space="preserve"> </w:t>
      </w:r>
      <w:proofErr w:type="spellStart"/>
      <w:r>
        <w:t>progettuale</w:t>
      </w:r>
      <w:proofErr w:type="spellEnd"/>
      <w:r>
        <w:t xml:space="preserve"> </w:t>
      </w:r>
      <w:proofErr w:type="spellStart"/>
      <w:r>
        <w:t>deve</w:t>
      </w:r>
      <w:proofErr w:type="spellEnd"/>
      <w:r>
        <w:t xml:space="preserve"> </w:t>
      </w:r>
      <w:proofErr w:type="spellStart"/>
      <w:r>
        <w:t>essere</w:t>
      </w:r>
      <w:proofErr w:type="spellEnd"/>
      <w:r>
        <w:t xml:space="preserve"> </w:t>
      </w:r>
      <w:proofErr w:type="spellStart"/>
      <w:r>
        <w:t>sottoscritta</w:t>
      </w:r>
      <w:proofErr w:type="spellEnd"/>
      <w:r>
        <w:t xml:space="preserve"> </w:t>
      </w:r>
      <w:proofErr w:type="spellStart"/>
      <w:r>
        <w:t>digitalmente</w:t>
      </w:r>
      <w:proofErr w:type="spellEnd"/>
      <w:r>
        <w:t xml:space="preserve"> </w:t>
      </w:r>
      <w:proofErr w:type="spellStart"/>
      <w:r>
        <w:t>dai</w:t>
      </w:r>
      <w:proofErr w:type="spellEnd"/>
      <w:r>
        <w:t xml:space="preserve"> </w:t>
      </w:r>
      <w:proofErr w:type="spellStart"/>
      <w:r>
        <w:t>Legali</w:t>
      </w:r>
      <w:proofErr w:type="spellEnd"/>
      <w:r>
        <w:t xml:space="preserve"> </w:t>
      </w:r>
      <w:proofErr w:type="spellStart"/>
      <w:r>
        <w:t>Rappresentanti</w:t>
      </w:r>
      <w:proofErr w:type="spellEnd"/>
      <w:r>
        <w:t xml:space="preserve"> di TUTTI </w:t>
      </w:r>
      <w:proofErr w:type="spellStart"/>
      <w:r>
        <w:t>gli</w:t>
      </w:r>
      <w:proofErr w:type="spellEnd"/>
      <w:r>
        <w:t xml:space="preserve"> </w:t>
      </w:r>
      <w:proofErr w:type="spellStart"/>
      <w:r>
        <w:t>enti</w:t>
      </w:r>
      <w:proofErr w:type="spellEnd"/>
      <w:r>
        <w:t xml:space="preserve"> </w:t>
      </w:r>
      <w:proofErr w:type="spellStart"/>
      <w:r>
        <w:t>componenti</w:t>
      </w:r>
      <w:proofErr w:type="spellEnd"/>
      <w:r>
        <w:t xml:space="preserve"> il </w:t>
      </w:r>
      <w:proofErr w:type="spellStart"/>
      <w:r>
        <w:t>raggruppamento</w:t>
      </w:r>
      <w:proofErr w:type="spellEnd"/>
      <w:r>
        <w:t>)</w:t>
      </w:r>
      <w:r>
        <w:br/>
      </w:r>
      <w:r>
        <w:br/>
        <w:t xml:space="preserve">- Ente </w:t>
      </w:r>
      <w:proofErr w:type="spellStart"/>
      <w:r>
        <w:t>Capogruppo</w:t>
      </w:r>
      <w:proofErr w:type="spellEnd"/>
      <w:r>
        <w:t>/</w:t>
      </w:r>
      <w:proofErr w:type="spellStart"/>
      <w:r>
        <w:t>Mandatario</w:t>
      </w:r>
      <w:proofErr w:type="spellEnd"/>
      <w:r>
        <w:t>: ....................................................................................................</w:t>
      </w:r>
      <w:r>
        <w:br/>
      </w:r>
      <w:r>
        <w:lastRenderedPageBreak/>
        <w:t xml:space="preserve">- Ente </w:t>
      </w:r>
      <w:proofErr w:type="spellStart"/>
      <w:r>
        <w:t>Mandante</w:t>
      </w:r>
      <w:proofErr w:type="spellEnd"/>
      <w:r>
        <w:t xml:space="preserve"> 1: ....................................................................................................</w:t>
      </w:r>
      <w:r>
        <w:br/>
        <w:t xml:space="preserve">- Ente </w:t>
      </w:r>
      <w:proofErr w:type="spellStart"/>
      <w:r>
        <w:t>Mandante</w:t>
      </w:r>
      <w:proofErr w:type="spellEnd"/>
      <w:r>
        <w:t xml:space="preserve"> 2: ....................................................................................................</w:t>
      </w:r>
    </w:p>
    <w:sectPr w:rsidR="00656279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48E26D7"/>
    <w:multiLevelType w:val="hybridMultilevel"/>
    <w:tmpl w:val="8E943C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8006526">
    <w:abstractNumId w:val="8"/>
  </w:num>
  <w:num w:numId="2" w16cid:durableId="483159438">
    <w:abstractNumId w:val="6"/>
  </w:num>
  <w:num w:numId="3" w16cid:durableId="136190310">
    <w:abstractNumId w:val="5"/>
  </w:num>
  <w:num w:numId="4" w16cid:durableId="55665626">
    <w:abstractNumId w:val="4"/>
  </w:num>
  <w:num w:numId="5" w16cid:durableId="1090391508">
    <w:abstractNumId w:val="7"/>
  </w:num>
  <w:num w:numId="6" w16cid:durableId="1052773672">
    <w:abstractNumId w:val="3"/>
  </w:num>
  <w:num w:numId="7" w16cid:durableId="594362707">
    <w:abstractNumId w:val="2"/>
  </w:num>
  <w:num w:numId="8" w16cid:durableId="1635595934">
    <w:abstractNumId w:val="1"/>
  </w:num>
  <w:num w:numId="9" w16cid:durableId="460195735">
    <w:abstractNumId w:val="0"/>
  </w:num>
  <w:num w:numId="10" w16cid:durableId="61132489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3C69B7"/>
    <w:rsid w:val="004F03A5"/>
    <w:rsid w:val="00566E14"/>
    <w:rsid w:val="00656279"/>
    <w:rsid w:val="006C0761"/>
    <w:rsid w:val="00774F52"/>
    <w:rsid w:val="007E2FEE"/>
    <w:rsid w:val="00872181"/>
    <w:rsid w:val="00901FCA"/>
    <w:rsid w:val="00976F3F"/>
    <w:rsid w:val="00AA1D8D"/>
    <w:rsid w:val="00B47730"/>
    <w:rsid w:val="00CB0664"/>
    <w:rsid w:val="00D67A6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AD519A"/>
  <w14:defaultImageDpi w14:val="300"/>
  <w15:docId w15:val="{954B1C4C-1982-4F65-B9D7-ACE25A9F8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1321</Words>
  <Characters>7535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8839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Pierro Vincenzo</cp:lastModifiedBy>
  <cp:revision>8</cp:revision>
  <cp:lastPrinted>2026-10-20T08:39:00Z</cp:lastPrinted>
  <dcterms:created xsi:type="dcterms:W3CDTF">2026-10-18T15:48:00Z</dcterms:created>
  <dcterms:modified xsi:type="dcterms:W3CDTF">2026-10-23T10:53:00Z</dcterms:modified>
  <cp:category/>
</cp:coreProperties>
</file>